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AFA3B" w14:textId="77777777" w:rsidR="00E7521F" w:rsidRPr="009B2AD2" w:rsidRDefault="009B2AD2" w:rsidP="00E7521F">
      <w:pPr>
        <w:spacing w:after="240" w:line="240" w:lineRule="auto"/>
        <w:rPr>
          <w:rFonts w:asciiTheme="minorEastAsia" w:hAnsiTheme="minorEastAsia"/>
          <w:sz w:val="21"/>
          <w:lang w:eastAsia="ja-JP"/>
        </w:rPr>
      </w:pPr>
      <w:r w:rsidRPr="009B2AD2">
        <w:rPr>
          <w:rFonts w:asciiTheme="minorEastAsia" w:hAnsiTheme="minorEastAsia"/>
          <w:sz w:val="21"/>
        </w:rPr>
        <w:t>第</w:t>
      </w:r>
      <w:r w:rsidRPr="009B2AD2">
        <w:rPr>
          <w:rFonts w:asciiTheme="minorEastAsia" w:hAnsiTheme="minorEastAsia"/>
          <w:sz w:val="21"/>
        </w:rPr>
        <w:t>1</w:t>
      </w:r>
      <w:r w:rsidRPr="009B2AD2">
        <w:rPr>
          <w:rFonts w:asciiTheme="minorEastAsia" w:hAnsiTheme="minorEastAsia"/>
          <w:sz w:val="21"/>
        </w:rPr>
        <w:t>号様式（第</w:t>
      </w:r>
      <w:r w:rsidRPr="009B2AD2">
        <w:rPr>
          <w:rFonts w:asciiTheme="minorEastAsia" w:hAnsiTheme="minorEastAsia"/>
          <w:sz w:val="21"/>
        </w:rPr>
        <w:t>6</w:t>
      </w:r>
      <w:r w:rsidRPr="009B2AD2">
        <w:rPr>
          <w:rFonts w:asciiTheme="minorEastAsia" w:hAnsiTheme="minorEastAsia"/>
          <w:sz w:val="21"/>
        </w:rPr>
        <w:t>条関係）</w:t>
      </w:r>
    </w:p>
    <w:p w14:paraId="5732664D" w14:textId="2F268CF9" w:rsidR="001F0CC1" w:rsidRPr="009B2AD2" w:rsidRDefault="009B2AD2" w:rsidP="00E7521F">
      <w:pPr>
        <w:spacing w:after="240" w:line="240" w:lineRule="auto"/>
        <w:jc w:val="right"/>
        <w:rPr>
          <w:rFonts w:asciiTheme="minorEastAsia" w:hAnsiTheme="minorEastAsia"/>
        </w:rPr>
      </w:pPr>
      <w:r w:rsidRPr="009B2AD2">
        <w:rPr>
          <w:rFonts w:asciiTheme="minorEastAsia" w:hAnsiTheme="minorEastAsia"/>
          <w:sz w:val="21"/>
        </w:rPr>
        <w:t>年　　月　　日</w:t>
      </w:r>
    </w:p>
    <w:p w14:paraId="438B7329" w14:textId="77777777" w:rsidR="001F0CC1" w:rsidRPr="009B2AD2" w:rsidRDefault="009B2AD2" w:rsidP="00E7521F">
      <w:pPr>
        <w:spacing w:after="80" w:line="240" w:lineRule="auto"/>
        <w:rPr>
          <w:rFonts w:asciiTheme="minorEastAsia" w:hAnsiTheme="minorEastAsia"/>
          <w:lang w:eastAsia="ja-JP"/>
        </w:rPr>
      </w:pPr>
      <w:r w:rsidRPr="009B2AD2">
        <w:rPr>
          <w:rFonts w:asciiTheme="minorEastAsia" w:hAnsiTheme="minorEastAsia"/>
          <w:sz w:val="21"/>
          <w:lang w:eastAsia="ja-JP"/>
        </w:rPr>
        <w:t>公益財団法人青森県建設技術センター</w:t>
      </w:r>
    </w:p>
    <w:p w14:paraId="57CDC7E8" w14:textId="56FE0239" w:rsidR="001F0CC1" w:rsidRPr="009B2AD2" w:rsidRDefault="009B2AD2" w:rsidP="00E7521F">
      <w:pPr>
        <w:spacing w:after="240" w:line="240" w:lineRule="auto"/>
        <w:ind w:firstLineChars="100" w:firstLine="210"/>
        <w:rPr>
          <w:rFonts w:asciiTheme="minorEastAsia" w:hAnsiTheme="minorEastAsia"/>
        </w:rPr>
      </w:pPr>
      <w:r w:rsidRPr="009B2AD2">
        <w:rPr>
          <w:rFonts w:asciiTheme="minorEastAsia" w:hAnsiTheme="minorEastAsia"/>
          <w:sz w:val="21"/>
        </w:rPr>
        <w:t>理</w:t>
      </w:r>
      <w:r w:rsidR="00E7521F" w:rsidRPr="009B2AD2">
        <w:rPr>
          <w:rFonts w:asciiTheme="minorEastAsia" w:hAnsiTheme="minorEastAsia" w:hint="eastAsia"/>
          <w:sz w:val="21"/>
          <w:lang w:eastAsia="ja-JP"/>
        </w:rPr>
        <w:t xml:space="preserve">　</w:t>
      </w:r>
      <w:r w:rsidRPr="009B2AD2">
        <w:rPr>
          <w:rFonts w:asciiTheme="minorEastAsia" w:hAnsiTheme="minorEastAsia"/>
          <w:sz w:val="21"/>
        </w:rPr>
        <w:t>事</w:t>
      </w:r>
      <w:r w:rsidR="00E7521F" w:rsidRPr="009B2AD2">
        <w:rPr>
          <w:rFonts w:asciiTheme="minorEastAsia" w:hAnsiTheme="minorEastAsia" w:hint="eastAsia"/>
          <w:sz w:val="21"/>
          <w:lang w:eastAsia="ja-JP"/>
        </w:rPr>
        <w:t xml:space="preserve">　</w:t>
      </w:r>
      <w:r w:rsidRPr="009B2AD2">
        <w:rPr>
          <w:rFonts w:asciiTheme="minorEastAsia" w:hAnsiTheme="minorEastAsia"/>
          <w:sz w:val="21"/>
        </w:rPr>
        <w:t>長　　　　　　　　殿</w:t>
      </w:r>
    </w:p>
    <w:p w14:paraId="0C7AEB39" w14:textId="77777777" w:rsidR="001F0CC1" w:rsidRPr="009B2AD2" w:rsidRDefault="009B2AD2" w:rsidP="00E7521F">
      <w:pPr>
        <w:spacing w:after="80" w:line="240" w:lineRule="auto"/>
        <w:ind w:left="5472"/>
        <w:rPr>
          <w:rFonts w:asciiTheme="minorEastAsia" w:hAnsiTheme="minorEastAsia"/>
        </w:rPr>
      </w:pPr>
      <w:r w:rsidRPr="009B2AD2">
        <w:rPr>
          <w:rFonts w:asciiTheme="minorEastAsia" w:hAnsiTheme="minorEastAsia"/>
          <w:sz w:val="21"/>
        </w:rPr>
        <w:t>申</w:t>
      </w:r>
      <w:r w:rsidRPr="009B2AD2">
        <w:rPr>
          <w:rFonts w:asciiTheme="minorEastAsia" w:hAnsiTheme="minorEastAsia"/>
          <w:sz w:val="21"/>
        </w:rPr>
        <w:t xml:space="preserve"> </w:t>
      </w:r>
      <w:r w:rsidRPr="009B2AD2">
        <w:rPr>
          <w:rFonts w:asciiTheme="minorEastAsia" w:hAnsiTheme="minorEastAsia"/>
          <w:sz w:val="21"/>
        </w:rPr>
        <w:t>請</w:t>
      </w:r>
      <w:r w:rsidRPr="009B2AD2">
        <w:rPr>
          <w:rFonts w:asciiTheme="minorEastAsia" w:hAnsiTheme="minorEastAsia"/>
          <w:sz w:val="21"/>
        </w:rPr>
        <w:t xml:space="preserve"> </w:t>
      </w:r>
      <w:r w:rsidRPr="009B2AD2">
        <w:rPr>
          <w:rFonts w:asciiTheme="minorEastAsia" w:hAnsiTheme="minorEastAsia"/>
          <w:sz w:val="21"/>
        </w:rPr>
        <w:t>者</w:t>
      </w:r>
    </w:p>
    <w:p w14:paraId="629E9850" w14:textId="77777777" w:rsidR="001F0CC1" w:rsidRPr="009B2AD2" w:rsidRDefault="009B2AD2" w:rsidP="00E7521F">
      <w:pPr>
        <w:spacing w:after="80" w:line="240" w:lineRule="auto"/>
        <w:ind w:left="5904"/>
        <w:rPr>
          <w:rFonts w:asciiTheme="minorEastAsia" w:hAnsiTheme="minorEastAsia"/>
        </w:rPr>
      </w:pPr>
      <w:r w:rsidRPr="009B2AD2">
        <w:rPr>
          <w:rFonts w:asciiTheme="minorEastAsia" w:hAnsiTheme="minorEastAsia"/>
          <w:sz w:val="21"/>
        </w:rPr>
        <w:t>住　所</w:t>
      </w:r>
    </w:p>
    <w:p w14:paraId="79460E26" w14:textId="77777777" w:rsidR="001F0CC1" w:rsidRPr="009B2AD2" w:rsidRDefault="009B2AD2" w:rsidP="00E7521F">
      <w:pPr>
        <w:spacing w:after="80" w:line="240" w:lineRule="auto"/>
        <w:ind w:left="5904"/>
        <w:rPr>
          <w:rFonts w:asciiTheme="minorEastAsia" w:hAnsiTheme="minorEastAsia"/>
        </w:rPr>
      </w:pPr>
      <w:r w:rsidRPr="009B2AD2">
        <w:rPr>
          <w:rFonts w:asciiTheme="minorEastAsia" w:hAnsiTheme="minorEastAsia"/>
          <w:sz w:val="21"/>
        </w:rPr>
        <w:t>名　称</w:t>
      </w:r>
    </w:p>
    <w:p w14:paraId="0F99C6E3" w14:textId="544D8446" w:rsidR="001F0CC1" w:rsidRPr="009B2AD2" w:rsidRDefault="009B2AD2" w:rsidP="00E7521F">
      <w:pPr>
        <w:spacing w:after="80" w:line="240" w:lineRule="auto"/>
        <w:ind w:left="5904"/>
        <w:rPr>
          <w:rFonts w:asciiTheme="minorEastAsia" w:hAnsiTheme="minorEastAsia"/>
        </w:rPr>
      </w:pPr>
      <w:r w:rsidRPr="009B2AD2">
        <w:rPr>
          <w:rFonts w:asciiTheme="minorEastAsia" w:hAnsiTheme="minorEastAsia"/>
          <w:sz w:val="21"/>
        </w:rPr>
        <w:t>代表者氏名</w:t>
      </w:r>
      <w:r w:rsidRPr="009B2AD2">
        <w:rPr>
          <w:rFonts w:asciiTheme="minorEastAsia" w:hAnsiTheme="minorEastAsia"/>
          <w:sz w:val="21"/>
        </w:rPr>
        <w:t xml:space="preserve">　　　　</w:t>
      </w:r>
      <w:r w:rsidRPr="009B2AD2">
        <w:rPr>
          <w:rFonts w:asciiTheme="minorEastAsia" w:hAnsiTheme="minorEastAsia"/>
          <w:sz w:val="21"/>
        </w:rPr>
        <w:t xml:space="preserve">　　</w:t>
      </w:r>
      <w:r w:rsidRPr="009B2AD2">
        <w:rPr>
          <w:rFonts w:asciiTheme="minorEastAsia" w:hAnsiTheme="minorEastAsia" w:hint="eastAsia"/>
          <w:sz w:val="21"/>
          <w:lang w:eastAsia="ja-JP"/>
        </w:rPr>
        <w:t xml:space="preserve">　　　　　</w:t>
      </w:r>
      <w:r w:rsidRPr="009B2AD2">
        <w:rPr>
          <w:rFonts w:asciiTheme="minorEastAsia" w:hAnsiTheme="minorEastAsia"/>
          <w:sz w:val="21"/>
        </w:rPr>
        <w:t xml:space="preserve">　</w:t>
      </w:r>
      <w:r>
        <w:rPr>
          <w:rFonts w:asciiTheme="minorEastAsia" w:hAnsiTheme="minorEastAsia" w:hint="eastAsia"/>
          <w:sz w:val="21"/>
          <w:lang w:eastAsia="ja-JP"/>
        </w:rPr>
        <w:t xml:space="preserve">  </w:t>
      </w:r>
      <w:r w:rsidR="00E7521F" w:rsidRPr="009B2AD2">
        <w:rPr>
          <w:rFonts w:asciiTheme="minorEastAsia" w:hAnsiTheme="minorEastAsia"/>
          <w:sz w:val="21"/>
        </w:rPr>
        <w:t>㊞</w:t>
      </w:r>
    </w:p>
    <w:p w14:paraId="196FA857" w14:textId="77777777" w:rsidR="001F0CC1" w:rsidRPr="009B2AD2" w:rsidRDefault="009B2AD2" w:rsidP="00E7521F">
      <w:pPr>
        <w:spacing w:before="120" w:after="80" w:line="240" w:lineRule="auto"/>
        <w:ind w:left="5472"/>
        <w:rPr>
          <w:rFonts w:asciiTheme="minorEastAsia" w:hAnsiTheme="minorEastAsia"/>
        </w:rPr>
      </w:pPr>
      <w:r w:rsidRPr="009B2AD2">
        <w:rPr>
          <w:rFonts w:asciiTheme="minorEastAsia" w:hAnsiTheme="minorEastAsia"/>
          <w:sz w:val="21"/>
        </w:rPr>
        <w:t>（担当者）</w:t>
      </w:r>
    </w:p>
    <w:p w14:paraId="6B99DC15" w14:textId="77777777" w:rsidR="001F0CC1" w:rsidRPr="009B2AD2" w:rsidRDefault="009B2AD2" w:rsidP="00E7521F">
      <w:pPr>
        <w:spacing w:after="80" w:line="240" w:lineRule="auto"/>
        <w:ind w:left="5904"/>
        <w:rPr>
          <w:rFonts w:asciiTheme="minorEastAsia" w:hAnsiTheme="minorEastAsia"/>
        </w:rPr>
      </w:pPr>
      <w:r w:rsidRPr="009B2AD2">
        <w:rPr>
          <w:rFonts w:asciiTheme="minorEastAsia" w:hAnsiTheme="minorEastAsia"/>
          <w:sz w:val="21"/>
        </w:rPr>
        <w:t>所属</w:t>
      </w:r>
    </w:p>
    <w:p w14:paraId="089D009A" w14:textId="77777777" w:rsidR="001F0CC1" w:rsidRPr="009B2AD2" w:rsidRDefault="009B2AD2" w:rsidP="00E7521F">
      <w:pPr>
        <w:spacing w:after="80" w:line="240" w:lineRule="auto"/>
        <w:ind w:left="5904"/>
        <w:rPr>
          <w:rFonts w:asciiTheme="minorEastAsia" w:hAnsiTheme="minorEastAsia"/>
        </w:rPr>
      </w:pPr>
      <w:r w:rsidRPr="009B2AD2">
        <w:rPr>
          <w:rFonts w:asciiTheme="minorEastAsia" w:hAnsiTheme="minorEastAsia"/>
          <w:sz w:val="21"/>
        </w:rPr>
        <w:t>氏名</w:t>
      </w:r>
    </w:p>
    <w:p w14:paraId="0A2CC7E0" w14:textId="77777777" w:rsidR="001F0CC1" w:rsidRPr="009B2AD2" w:rsidRDefault="009B2AD2" w:rsidP="00E7521F">
      <w:pPr>
        <w:spacing w:after="80" w:line="240" w:lineRule="auto"/>
        <w:ind w:left="5904"/>
        <w:rPr>
          <w:rFonts w:asciiTheme="minorEastAsia" w:hAnsiTheme="minorEastAsia"/>
        </w:rPr>
      </w:pPr>
      <w:r w:rsidRPr="009B2AD2">
        <w:rPr>
          <w:rFonts w:asciiTheme="minorEastAsia" w:hAnsiTheme="minorEastAsia"/>
          <w:sz w:val="21"/>
        </w:rPr>
        <w:t xml:space="preserve">連絡先　</w:t>
      </w:r>
      <w:r w:rsidRPr="009B2AD2">
        <w:rPr>
          <w:rFonts w:asciiTheme="minorEastAsia" w:hAnsiTheme="minorEastAsia"/>
          <w:sz w:val="21"/>
        </w:rPr>
        <w:t>TEL</w:t>
      </w:r>
    </w:p>
    <w:p w14:paraId="72FC8B21" w14:textId="77777777" w:rsidR="001F0CC1" w:rsidRPr="009B2AD2" w:rsidRDefault="009B2AD2" w:rsidP="009B2AD2">
      <w:pPr>
        <w:spacing w:after="600" w:line="240" w:lineRule="auto"/>
        <w:ind w:left="5904"/>
        <w:rPr>
          <w:rFonts w:asciiTheme="minorEastAsia" w:hAnsiTheme="minorEastAsia"/>
          <w:lang w:eastAsia="ja-JP"/>
        </w:rPr>
      </w:pPr>
      <w:r w:rsidRPr="009B2AD2">
        <w:rPr>
          <w:rFonts w:asciiTheme="minorEastAsia" w:hAnsiTheme="minorEastAsia"/>
          <w:sz w:val="21"/>
        </w:rPr>
        <w:t xml:space="preserve">　　　　</w:t>
      </w:r>
      <w:r w:rsidRPr="009B2AD2">
        <w:rPr>
          <w:rFonts w:asciiTheme="minorEastAsia" w:hAnsiTheme="minorEastAsia"/>
          <w:sz w:val="21"/>
          <w:lang w:eastAsia="ja-JP"/>
        </w:rPr>
        <w:t>E</w:t>
      </w:r>
      <w:r w:rsidRPr="009B2AD2">
        <w:rPr>
          <w:rFonts w:asciiTheme="minorEastAsia" w:hAnsiTheme="minorEastAsia"/>
          <w:sz w:val="21"/>
          <w:lang w:eastAsia="ja-JP"/>
        </w:rPr>
        <w:t>メール</w:t>
      </w:r>
    </w:p>
    <w:p w14:paraId="5D725803" w14:textId="77777777" w:rsidR="001F0CC1" w:rsidRPr="009B2AD2" w:rsidRDefault="009B2AD2" w:rsidP="009B2AD2">
      <w:pPr>
        <w:spacing w:after="360" w:line="240" w:lineRule="auto"/>
        <w:jc w:val="center"/>
        <w:rPr>
          <w:rFonts w:asciiTheme="minorEastAsia" w:hAnsiTheme="minorEastAsia"/>
          <w:lang w:eastAsia="ja-JP"/>
        </w:rPr>
      </w:pPr>
      <w:r w:rsidRPr="009B2AD2">
        <w:rPr>
          <w:rFonts w:asciiTheme="minorEastAsia" w:hAnsiTheme="minorEastAsia"/>
          <w:b/>
          <w:sz w:val="32"/>
          <w:lang w:eastAsia="ja-JP"/>
        </w:rPr>
        <w:t>除雪オペレーター資格取得助成金交付申請書</w:t>
      </w:r>
    </w:p>
    <w:p w14:paraId="06A76201" w14:textId="77777777" w:rsidR="001F0CC1" w:rsidRPr="009B2AD2" w:rsidRDefault="009B2AD2" w:rsidP="00E7521F">
      <w:pPr>
        <w:spacing w:after="480" w:line="240" w:lineRule="auto"/>
        <w:rPr>
          <w:rFonts w:asciiTheme="minorEastAsia" w:hAnsiTheme="minorEastAsia"/>
          <w:lang w:eastAsia="ja-JP"/>
        </w:rPr>
      </w:pPr>
      <w:r w:rsidRPr="009B2AD2">
        <w:rPr>
          <w:rFonts w:asciiTheme="minorEastAsia" w:hAnsiTheme="minorEastAsia"/>
          <w:sz w:val="21"/>
          <w:lang w:eastAsia="ja-JP"/>
        </w:rPr>
        <w:t xml:space="preserve">　除雪オペレーター資格取得助成金の交付を受けたいので、公益財団法人青森県建設技術センターが定める除雪オペレーター資格取得助成金交付要綱第</w:t>
      </w:r>
      <w:r w:rsidRPr="009B2AD2">
        <w:rPr>
          <w:rFonts w:asciiTheme="minorEastAsia" w:hAnsiTheme="minorEastAsia"/>
          <w:sz w:val="21"/>
          <w:lang w:eastAsia="ja-JP"/>
        </w:rPr>
        <w:t>6</w:t>
      </w:r>
      <w:r w:rsidRPr="009B2AD2">
        <w:rPr>
          <w:rFonts w:asciiTheme="minorEastAsia" w:hAnsiTheme="minorEastAsia"/>
          <w:sz w:val="21"/>
          <w:lang w:eastAsia="ja-JP"/>
        </w:rPr>
        <w:t>条の規定により、下記のとおり申請します。</w:t>
      </w:r>
    </w:p>
    <w:p w14:paraId="5E677DF4" w14:textId="77777777" w:rsidR="001F0CC1" w:rsidRPr="009B2AD2" w:rsidRDefault="009B2AD2" w:rsidP="00E7521F">
      <w:pPr>
        <w:spacing w:after="360" w:line="240" w:lineRule="auto"/>
        <w:jc w:val="center"/>
        <w:rPr>
          <w:rFonts w:asciiTheme="minorEastAsia" w:hAnsiTheme="minorEastAsia"/>
          <w:lang w:eastAsia="ja-JP"/>
        </w:rPr>
      </w:pPr>
      <w:r w:rsidRPr="009B2AD2">
        <w:rPr>
          <w:rFonts w:asciiTheme="minorEastAsia" w:hAnsiTheme="minorEastAsia"/>
          <w:sz w:val="21"/>
          <w:lang w:eastAsia="ja-JP"/>
        </w:rPr>
        <w:t>記</w:t>
      </w:r>
    </w:p>
    <w:p w14:paraId="4357DF52" w14:textId="77777777" w:rsidR="001F0CC1" w:rsidRPr="009B2AD2" w:rsidRDefault="009B2AD2" w:rsidP="00E7521F">
      <w:pPr>
        <w:spacing w:after="80" w:line="240" w:lineRule="auto"/>
        <w:rPr>
          <w:rFonts w:asciiTheme="minorEastAsia" w:hAnsiTheme="minorEastAsia"/>
          <w:lang w:eastAsia="ja-JP"/>
        </w:rPr>
      </w:pPr>
      <w:r w:rsidRPr="009B2AD2">
        <w:rPr>
          <w:rFonts w:asciiTheme="minorEastAsia" w:hAnsiTheme="minorEastAsia"/>
          <w:sz w:val="21"/>
          <w:lang w:eastAsia="ja-JP"/>
        </w:rPr>
        <w:t>１　資格取得者氏名・生年月日（年齢）</w:t>
      </w:r>
    </w:p>
    <w:p w14:paraId="1D1F12ED" w14:textId="77777777" w:rsidR="001F0CC1" w:rsidRPr="009B2AD2" w:rsidRDefault="009B2AD2" w:rsidP="00E7521F">
      <w:pPr>
        <w:spacing w:after="360" w:line="240" w:lineRule="auto"/>
        <w:ind w:left="432"/>
        <w:rPr>
          <w:rFonts w:asciiTheme="minorEastAsia" w:hAnsiTheme="minorEastAsia"/>
          <w:lang w:eastAsia="ja-JP"/>
        </w:rPr>
      </w:pPr>
      <w:r w:rsidRPr="009B2AD2">
        <w:rPr>
          <w:rFonts w:asciiTheme="minorEastAsia" w:hAnsiTheme="minorEastAsia"/>
          <w:sz w:val="21"/>
          <w:lang w:eastAsia="ja-JP"/>
        </w:rPr>
        <w:t>※</w:t>
      </w:r>
      <w:r w:rsidRPr="009B2AD2">
        <w:rPr>
          <w:rFonts w:asciiTheme="minorEastAsia" w:hAnsiTheme="minorEastAsia"/>
          <w:sz w:val="21"/>
          <w:lang w:eastAsia="ja-JP"/>
        </w:rPr>
        <w:t>複数人の場合は、資格取得者ごとの助成額等内訳（様式</w:t>
      </w:r>
      <w:r w:rsidRPr="009B2AD2">
        <w:rPr>
          <w:rFonts w:asciiTheme="minorEastAsia" w:hAnsiTheme="minorEastAsia"/>
          <w:sz w:val="21"/>
          <w:lang w:eastAsia="ja-JP"/>
        </w:rPr>
        <w:t>10</w:t>
      </w:r>
      <w:r w:rsidRPr="009B2AD2">
        <w:rPr>
          <w:rFonts w:asciiTheme="minorEastAsia" w:hAnsiTheme="minorEastAsia"/>
          <w:sz w:val="21"/>
          <w:lang w:eastAsia="ja-JP"/>
        </w:rPr>
        <w:t>）に記載すること。</w:t>
      </w:r>
    </w:p>
    <w:p w14:paraId="4C25C22C" w14:textId="77777777" w:rsidR="001F0CC1" w:rsidRPr="009B2AD2" w:rsidRDefault="009B2AD2" w:rsidP="00E7521F">
      <w:pPr>
        <w:spacing w:after="80" w:line="240" w:lineRule="auto"/>
        <w:rPr>
          <w:rFonts w:asciiTheme="minorEastAsia" w:hAnsiTheme="minorEastAsia"/>
        </w:rPr>
      </w:pPr>
      <w:r w:rsidRPr="009B2AD2">
        <w:rPr>
          <w:rFonts w:asciiTheme="minorEastAsia" w:hAnsiTheme="minorEastAsia"/>
          <w:sz w:val="21"/>
        </w:rPr>
        <w:t>２　助成金申請額　　金</w:t>
      </w:r>
      <w:r w:rsidRPr="009B2AD2">
        <w:rPr>
          <w:rFonts w:asciiTheme="minorEastAsia" w:hAnsiTheme="minorEastAsia"/>
          <w:sz w:val="21"/>
          <w:u w:val="single"/>
        </w:rPr>
        <w:t xml:space="preserve">　　　　　　　　　　　　</w:t>
      </w:r>
      <w:r w:rsidRPr="009B2AD2">
        <w:rPr>
          <w:rFonts w:asciiTheme="minorEastAsia" w:hAnsiTheme="minorEastAsia"/>
          <w:sz w:val="21"/>
        </w:rPr>
        <w:t>円</w:t>
      </w:r>
    </w:p>
    <w:p w14:paraId="5F96F50A" w14:textId="77777777" w:rsidR="001F0CC1" w:rsidRPr="009B2AD2" w:rsidRDefault="009B2AD2" w:rsidP="00E7521F">
      <w:pPr>
        <w:spacing w:after="720" w:line="240" w:lineRule="auto"/>
        <w:ind w:left="432"/>
        <w:rPr>
          <w:rFonts w:asciiTheme="minorEastAsia" w:hAnsiTheme="minorEastAsia"/>
          <w:lang w:eastAsia="ja-JP"/>
        </w:rPr>
      </w:pPr>
      <w:r w:rsidRPr="009B2AD2">
        <w:rPr>
          <w:rFonts w:asciiTheme="minorEastAsia" w:hAnsiTheme="minorEastAsia"/>
          <w:sz w:val="21"/>
          <w:lang w:eastAsia="ja-JP"/>
        </w:rPr>
        <w:t>内訳は資格取得者ごとの助成額等内訳（様式</w:t>
      </w:r>
      <w:r w:rsidRPr="009B2AD2">
        <w:rPr>
          <w:rFonts w:asciiTheme="minorEastAsia" w:hAnsiTheme="minorEastAsia"/>
          <w:sz w:val="21"/>
          <w:lang w:eastAsia="ja-JP"/>
        </w:rPr>
        <w:t>10</w:t>
      </w:r>
      <w:r w:rsidRPr="009B2AD2">
        <w:rPr>
          <w:rFonts w:asciiTheme="minorEastAsia" w:hAnsiTheme="minorEastAsia"/>
          <w:sz w:val="21"/>
          <w:lang w:eastAsia="ja-JP"/>
        </w:rPr>
        <w:t>）のとおり</w:t>
      </w:r>
    </w:p>
    <w:p w14:paraId="3D435F6B" w14:textId="77777777" w:rsidR="001F0CC1" w:rsidRPr="009B2AD2" w:rsidRDefault="009B2AD2" w:rsidP="00E7521F">
      <w:pPr>
        <w:spacing w:after="120" w:line="240" w:lineRule="auto"/>
        <w:rPr>
          <w:rFonts w:asciiTheme="minorEastAsia" w:hAnsiTheme="minorEastAsia"/>
          <w:lang w:eastAsia="ja-JP"/>
        </w:rPr>
      </w:pPr>
      <w:r w:rsidRPr="009B2AD2">
        <w:rPr>
          <w:rFonts w:asciiTheme="minorEastAsia" w:hAnsiTheme="minorEastAsia"/>
          <w:b/>
          <w:sz w:val="21"/>
          <w:lang w:eastAsia="ja-JP"/>
        </w:rPr>
        <w:t>留意事項</w:t>
      </w:r>
    </w:p>
    <w:p w14:paraId="5CB05D18" w14:textId="3FBEE850" w:rsidR="001F0CC1" w:rsidRPr="009B2AD2" w:rsidRDefault="009B2AD2" w:rsidP="009B2AD2">
      <w:pPr>
        <w:pStyle w:val="ae"/>
        <w:numPr>
          <w:ilvl w:val="0"/>
          <w:numId w:val="12"/>
        </w:numPr>
        <w:spacing w:after="80" w:line="240" w:lineRule="auto"/>
        <w:rPr>
          <w:rFonts w:asciiTheme="minorEastAsia" w:hAnsiTheme="minorEastAsia"/>
          <w:sz w:val="21"/>
          <w:lang w:eastAsia="ja-JP"/>
        </w:rPr>
      </w:pPr>
      <w:r w:rsidRPr="009B2AD2">
        <w:rPr>
          <w:rFonts w:asciiTheme="minorEastAsia" w:hAnsiTheme="minorEastAsia"/>
          <w:sz w:val="21"/>
          <w:lang w:eastAsia="ja-JP"/>
        </w:rPr>
        <w:t>年齢は助成対象年度の初日時点における年齢を記載すること。</w:t>
      </w:r>
    </w:p>
    <w:p w14:paraId="74F037A9" w14:textId="16685147" w:rsidR="001F0CC1" w:rsidRPr="009B2AD2" w:rsidRDefault="009B2AD2" w:rsidP="009B2AD2">
      <w:pPr>
        <w:pStyle w:val="ae"/>
        <w:numPr>
          <w:ilvl w:val="0"/>
          <w:numId w:val="12"/>
        </w:numPr>
        <w:spacing w:after="80" w:line="240" w:lineRule="auto"/>
        <w:rPr>
          <w:rFonts w:asciiTheme="minorEastAsia" w:hAnsiTheme="minorEastAsia" w:hint="eastAsia"/>
          <w:lang w:eastAsia="ja-JP"/>
        </w:rPr>
      </w:pPr>
      <w:r w:rsidRPr="009B2AD2">
        <w:rPr>
          <w:rFonts w:asciiTheme="minorEastAsia" w:hAnsiTheme="minorEastAsia"/>
          <w:sz w:val="21"/>
          <w:lang w:eastAsia="ja-JP"/>
        </w:rPr>
        <w:t>申請者の従業員が、県内の事業所に所属し、又は勤務していることが確認できる書類を添付すること（雇用証明書、雇用保険資格通知、在籍証明書　など）</w:t>
      </w:r>
    </w:p>
    <w:p w14:paraId="3E943559" w14:textId="2E494243" w:rsidR="001F0CC1" w:rsidRPr="009B2AD2" w:rsidRDefault="009B2AD2" w:rsidP="009B2AD2">
      <w:pPr>
        <w:pStyle w:val="ae"/>
        <w:numPr>
          <w:ilvl w:val="0"/>
          <w:numId w:val="12"/>
        </w:numPr>
        <w:spacing w:after="80" w:line="240" w:lineRule="auto"/>
        <w:rPr>
          <w:rFonts w:asciiTheme="minorEastAsia" w:hAnsiTheme="minorEastAsia"/>
          <w:lang w:eastAsia="ja-JP"/>
        </w:rPr>
      </w:pPr>
      <w:r w:rsidRPr="009B2AD2">
        <w:rPr>
          <w:rFonts w:asciiTheme="minorEastAsia" w:hAnsiTheme="minorEastAsia"/>
          <w:sz w:val="21"/>
          <w:lang w:eastAsia="ja-JP"/>
        </w:rPr>
        <w:t>助成対象金額の根拠がわかる資料を添付すること。（自動車学校の料金表、見積書等）</w:t>
      </w:r>
    </w:p>
    <w:p w14:paraId="56CF60FC" w14:textId="5461DD95" w:rsidR="001F0CC1" w:rsidRPr="009B2AD2" w:rsidRDefault="009B2AD2" w:rsidP="009B2AD2">
      <w:pPr>
        <w:pStyle w:val="ae"/>
        <w:numPr>
          <w:ilvl w:val="0"/>
          <w:numId w:val="12"/>
        </w:numPr>
        <w:spacing w:after="80" w:line="240" w:lineRule="auto"/>
        <w:rPr>
          <w:rFonts w:asciiTheme="minorEastAsia" w:hAnsiTheme="minorEastAsia"/>
          <w:lang w:eastAsia="ja-JP"/>
        </w:rPr>
      </w:pPr>
      <w:r w:rsidRPr="009B2AD2">
        <w:rPr>
          <w:rFonts w:asciiTheme="minorEastAsia" w:hAnsiTheme="minorEastAsia"/>
          <w:sz w:val="21"/>
          <w:lang w:eastAsia="ja-JP"/>
        </w:rPr>
        <w:t>過去</w:t>
      </w:r>
      <w:r w:rsidRPr="009B2AD2">
        <w:rPr>
          <w:rFonts w:asciiTheme="minorEastAsia" w:hAnsiTheme="minorEastAsia"/>
          <w:sz w:val="21"/>
          <w:lang w:eastAsia="ja-JP"/>
        </w:rPr>
        <w:t>5</w:t>
      </w:r>
      <w:r w:rsidRPr="009B2AD2">
        <w:rPr>
          <w:rFonts w:asciiTheme="minorEastAsia" w:hAnsiTheme="minorEastAsia"/>
          <w:sz w:val="21"/>
          <w:lang w:eastAsia="ja-JP"/>
        </w:rPr>
        <w:t>年以内において実施した青森県の道路除排雪作業委託の契約書の写し（</w:t>
      </w:r>
      <w:r w:rsidRPr="009B2AD2">
        <w:rPr>
          <w:rFonts w:asciiTheme="minorEastAsia" w:hAnsiTheme="minorEastAsia"/>
          <w:sz w:val="21"/>
          <w:lang w:eastAsia="ja-JP"/>
        </w:rPr>
        <w:t>1</w:t>
      </w:r>
      <w:r w:rsidRPr="009B2AD2">
        <w:rPr>
          <w:rFonts w:asciiTheme="minorEastAsia" w:hAnsiTheme="minorEastAsia"/>
          <w:sz w:val="21"/>
          <w:lang w:eastAsia="ja-JP"/>
        </w:rPr>
        <w:t>年分のみ）を添付</w:t>
      </w:r>
      <w:r w:rsidRPr="009B2AD2">
        <w:rPr>
          <w:rFonts w:asciiTheme="minorEastAsia" w:hAnsiTheme="minorEastAsia"/>
          <w:sz w:val="21"/>
          <w:lang w:eastAsia="ja-JP"/>
        </w:rPr>
        <w:br/>
      </w:r>
      <w:r w:rsidRPr="009B2AD2">
        <w:rPr>
          <w:rFonts w:asciiTheme="minorEastAsia" w:hAnsiTheme="minorEastAsia"/>
          <w:sz w:val="21"/>
          <w:lang w:eastAsia="ja-JP"/>
        </w:rPr>
        <w:t>すること。</w:t>
      </w:r>
    </w:p>
    <w:sectPr w:rsidR="001F0CC1" w:rsidRPr="009B2AD2" w:rsidSect="009B2AD2">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DD44A8"/>
    <w:multiLevelType w:val="hybridMultilevel"/>
    <w:tmpl w:val="68089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28147B0"/>
    <w:multiLevelType w:val="hybridMultilevel"/>
    <w:tmpl w:val="ADC01CBC"/>
    <w:lvl w:ilvl="0" w:tplc="6010A854">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4348664F"/>
    <w:multiLevelType w:val="hybridMultilevel"/>
    <w:tmpl w:val="3EC20D3C"/>
    <w:lvl w:ilvl="0" w:tplc="6010A854">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07463468">
    <w:abstractNumId w:val="8"/>
  </w:num>
  <w:num w:numId="2" w16cid:durableId="586503991">
    <w:abstractNumId w:val="6"/>
  </w:num>
  <w:num w:numId="3" w16cid:durableId="889852357">
    <w:abstractNumId w:val="5"/>
  </w:num>
  <w:num w:numId="4" w16cid:durableId="941644196">
    <w:abstractNumId w:val="4"/>
  </w:num>
  <w:num w:numId="5" w16cid:durableId="484009642">
    <w:abstractNumId w:val="7"/>
  </w:num>
  <w:num w:numId="6" w16cid:durableId="1619753476">
    <w:abstractNumId w:val="3"/>
  </w:num>
  <w:num w:numId="7" w16cid:durableId="1640264290">
    <w:abstractNumId w:val="2"/>
  </w:num>
  <w:num w:numId="8" w16cid:durableId="994337524">
    <w:abstractNumId w:val="1"/>
  </w:num>
  <w:num w:numId="9" w16cid:durableId="1261600069">
    <w:abstractNumId w:val="0"/>
  </w:num>
  <w:num w:numId="10" w16cid:durableId="1338191030">
    <w:abstractNumId w:val="9"/>
  </w:num>
  <w:num w:numId="11" w16cid:durableId="247010506">
    <w:abstractNumId w:val="11"/>
  </w:num>
  <w:num w:numId="12" w16cid:durableId="20331415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0CC1"/>
    <w:rsid w:val="0029639D"/>
    <w:rsid w:val="0031568B"/>
    <w:rsid w:val="00326F90"/>
    <w:rsid w:val="009B2AD2"/>
    <w:rsid w:val="00AA1D8D"/>
    <w:rsid w:val="00B47730"/>
    <w:rsid w:val="00CB0664"/>
    <w:rsid w:val="00E7521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A058FCA"/>
  <w14:defaultImageDpi w14:val="300"/>
  <w15:docId w15:val="{5FCD3B56-A329-4290-A790-93609232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80</Words>
  <Characters>457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2013-12-23T23:15:00Z</dcterms:created>
  <dcterms:modified xsi:type="dcterms:W3CDTF">2026-07-02T08:24:00Z</dcterms:modified>
  <cp:category/>
</cp:coreProperties>
</file>