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E96D6" w14:textId="77777777" w:rsidR="00331522" w:rsidRDefault="00354D78" w:rsidP="00354D78">
      <w:pPr>
        <w:spacing w:after="0" w:line="240" w:lineRule="auto"/>
      </w:pPr>
      <w:r>
        <w:rPr>
          <w:rFonts w:ascii="ＭＳ 明朝" w:eastAsia="ＭＳ 明朝" w:hAnsi="ＭＳ 明朝"/>
          <w:sz w:val="21"/>
        </w:rPr>
        <w:t>第</w:t>
      </w:r>
      <w:r>
        <w:rPr>
          <w:rFonts w:ascii="ＭＳ 明朝" w:eastAsia="ＭＳ 明朝" w:hAnsi="ＭＳ 明朝"/>
          <w:sz w:val="21"/>
        </w:rPr>
        <w:t>4</w:t>
      </w:r>
      <w:r>
        <w:rPr>
          <w:rFonts w:ascii="ＭＳ 明朝" w:eastAsia="ＭＳ 明朝" w:hAnsi="ＭＳ 明朝"/>
          <w:sz w:val="21"/>
        </w:rPr>
        <w:t>号様式（第</w:t>
      </w:r>
      <w:r>
        <w:rPr>
          <w:rFonts w:ascii="ＭＳ 明朝" w:eastAsia="ＭＳ 明朝" w:hAnsi="ＭＳ 明朝"/>
          <w:sz w:val="21"/>
        </w:rPr>
        <w:t>8</w:t>
      </w:r>
      <w:r>
        <w:rPr>
          <w:rFonts w:ascii="ＭＳ 明朝" w:eastAsia="ＭＳ 明朝" w:hAnsi="ＭＳ 明朝"/>
          <w:sz w:val="21"/>
        </w:rPr>
        <w:t>条関係）</w:t>
      </w:r>
    </w:p>
    <w:p w14:paraId="6C0D744B" w14:textId="77777777" w:rsidR="00331522" w:rsidRDefault="00354D78" w:rsidP="00354D78">
      <w:pPr>
        <w:spacing w:after="240" w:line="240" w:lineRule="auto"/>
        <w:jc w:val="right"/>
      </w:pPr>
      <w:r>
        <w:rPr>
          <w:rFonts w:ascii="ＭＳ 明朝" w:eastAsia="ＭＳ 明朝" w:hAnsi="ＭＳ 明朝"/>
          <w:sz w:val="21"/>
        </w:rPr>
        <w:t>年　　月　　日</w:t>
      </w:r>
    </w:p>
    <w:p w14:paraId="5B335875" w14:textId="77777777" w:rsidR="00331522" w:rsidRDefault="00354D78" w:rsidP="00354D78">
      <w:pPr>
        <w:spacing w:after="80" w:line="240" w:lineRule="auto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公益財団法人青森県建設技術センター</w:t>
      </w:r>
    </w:p>
    <w:p w14:paraId="5BD55A0B" w14:textId="77777777" w:rsidR="00331522" w:rsidRDefault="00354D78" w:rsidP="00354D78">
      <w:pPr>
        <w:spacing w:after="240" w:line="240" w:lineRule="auto"/>
      </w:pPr>
      <w:r>
        <w:rPr>
          <w:rFonts w:ascii="ＭＳ 明朝" w:eastAsia="ＭＳ 明朝" w:hAnsi="ＭＳ 明朝"/>
          <w:sz w:val="21"/>
        </w:rPr>
        <w:t>理事長　　　　　　　　殿</w:t>
      </w:r>
    </w:p>
    <w:p w14:paraId="22EC3429" w14:textId="77777777" w:rsidR="00331522" w:rsidRDefault="00354D78" w:rsidP="00354D78">
      <w:pPr>
        <w:spacing w:after="80" w:line="240" w:lineRule="auto"/>
        <w:ind w:left="5472"/>
      </w:pPr>
      <w:r>
        <w:rPr>
          <w:rFonts w:ascii="ＭＳ 明朝" w:eastAsia="ＭＳ 明朝" w:hAnsi="ＭＳ 明朝"/>
          <w:sz w:val="21"/>
        </w:rPr>
        <w:t>助成事業者</w:t>
      </w:r>
    </w:p>
    <w:p w14:paraId="5A99CC67" w14:textId="77777777" w:rsidR="00331522" w:rsidRDefault="00354D78" w:rsidP="00354D78">
      <w:pPr>
        <w:spacing w:after="80" w:line="240" w:lineRule="auto"/>
        <w:ind w:left="5904"/>
      </w:pPr>
      <w:r>
        <w:rPr>
          <w:rFonts w:ascii="ＭＳ 明朝" w:eastAsia="ＭＳ 明朝" w:hAnsi="ＭＳ 明朝"/>
          <w:sz w:val="21"/>
        </w:rPr>
        <w:t>住　所</w:t>
      </w:r>
    </w:p>
    <w:p w14:paraId="59437E82" w14:textId="77777777" w:rsidR="00331522" w:rsidRDefault="00354D78" w:rsidP="00354D78">
      <w:pPr>
        <w:spacing w:after="80" w:line="240" w:lineRule="auto"/>
        <w:ind w:left="5904"/>
      </w:pPr>
      <w:r>
        <w:rPr>
          <w:rFonts w:ascii="ＭＳ 明朝" w:eastAsia="ＭＳ 明朝" w:hAnsi="ＭＳ 明朝"/>
          <w:sz w:val="21"/>
        </w:rPr>
        <w:t>名　称</w:t>
      </w:r>
    </w:p>
    <w:p w14:paraId="0D591B12" w14:textId="2F919CB4" w:rsidR="00331522" w:rsidRDefault="00354D78" w:rsidP="00354D78">
      <w:pPr>
        <w:spacing w:after="600" w:line="240" w:lineRule="auto"/>
        <w:ind w:left="5904"/>
      </w:pPr>
      <w:r>
        <w:rPr>
          <w:rFonts w:ascii="ＭＳ 明朝" w:eastAsia="ＭＳ 明朝" w:hAnsi="ＭＳ 明朝"/>
          <w:sz w:val="21"/>
        </w:rPr>
        <w:t xml:space="preserve">代表者氏名　　　　　　　　　　　</w:t>
      </w:r>
      <w:r w:rsidR="009A31C5">
        <w:rPr>
          <w:rFonts w:ascii="ＭＳ 明朝" w:eastAsia="ＭＳ 明朝" w:hAnsi="ＭＳ 明朝" w:hint="eastAsia"/>
          <w:sz w:val="21"/>
          <w:lang w:eastAsia="ja-JP"/>
        </w:rPr>
        <w:t xml:space="preserve">　</w:t>
      </w:r>
      <w:r>
        <w:rPr>
          <w:rFonts w:ascii="ＭＳ 明朝" w:eastAsia="ＭＳ 明朝" w:hAnsi="ＭＳ 明朝"/>
          <w:sz w:val="21"/>
        </w:rPr>
        <w:t xml:space="preserve">　㊞</w:t>
      </w:r>
    </w:p>
    <w:p w14:paraId="2E702CD9" w14:textId="77777777" w:rsidR="00331522" w:rsidRDefault="00354D78" w:rsidP="00354D78">
      <w:pPr>
        <w:spacing w:after="480" w:line="240" w:lineRule="auto"/>
        <w:jc w:val="center"/>
        <w:rPr>
          <w:lang w:eastAsia="ja-JP"/>
        </w:rPr>
      </w:pPr>
      <w:r>
        <w:rPr>
          <w:rFonts w:ascii="ＭＳ 明朝" w:eastAsia="ＭＳ 明朝" w:hAnsi="ＭＳ 明朝"/>
          <w:b/>
          <w:sz w:val="32"/>
          <w:lang w:eastAsia="ja-JP"/>
        </w:rPr>
        <w:t>除雪オペレーター資格取得助成金変更交付申請書</w:t>
      </w:r>
    </w:p>
    <w:p w14:paraId="20755A39" w14:textId="0FA282EC" w:rsidR="00331522" w:rsidRDefault="00354D78" w:rsidP="00354D78">
      <w:pPr>
        <w:spacing w:after="480" w:line="240" w:lineRule="auto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 xml:space="preserve">　　</w:t>
      </w:r>
      <w:r>
        <w:rPr>
          <w:rFonts w:ascii="ＭＳ 明朝" w:eastAsia="ＭＳ 明朝" w:hAnsi="ＭＳ 明朝" w:hint="eastAsia"/>
          <w:sz w:val="21"/>
          <w:lang w:eastAsia="ja-JP"/>
        </w:rPr>
        <w:t xml:space="preserve">　　</w:t>
      </w:r>
      <w:r>
        <w:rPr>
          <w:rFonts w:ascii="ＭＳ 明朝" w:eastAsia="ＭＳ 明朝" w:hAnsi="ＭＳ 明朝"/>
          <w:sz w:val="21"/>
          <w:lang w:eastAsia="ja-JP"/>
        </w:rPr>
        <w:t>年　　月　　日付け青建技第　　　号で交付決定の通知を受けた助成金について、下記のとおり変更したいので、承認して下さるよう、除雪オペレーター資格取得助成金交付要綱第</w:t>
      </w:r>
      <w:r>
        <w:rPr>
          <w:rFonts w:ascii="ＭＳ 明朝" w:eastAsia="ＭＳ 明朝" w:hAnsi="ＭＳ 明朝"/>
          <w:sz w:val="21"/>
          <w:lang w:eastAsia="ja-JP"/>
        </w:rPr>
        <w:t>8</w:t>
      </w:r>
      <w:r>
        <w:rPr>
          <w:rFonts w:ascii="ＭＳ 明朝" w:eastAsia="ＭＳ 明朝" w:hAnsi="ＭＳ 明朝"/>
          <w:sz w:val="21"/>
          <w:lang w:eastAsia="ja-JP"/>
        </w:rPr>
        <w:t>条第</w:t>
      </w:r>
      <w:r>
        <w:rPr>
          <w:rFonts w:ascii="ＭＳ 明朝" w:eastAsia="ＭＳ 明朝" w:hAnsi="ＭＳ 明朝"/>
          <w:sz w:val="21"/>
          <w:lang w:eastAsia="ja-JP"/>
        </w:rPr>
        <w:t>1</w:t>
      </w:r>
      <w:r>
        <w:rPr>
          <w:rFonts w:ascii="ＭＳ 明朝" w:eastAsia="ＭＳ 明朝" w:hAnsi="ＭＳ 明朝"/>
          <w:sz w:val="21"/>
          <w:lang w:eastAsia="ja-JP"/>
        </w:rPr>
        <w:t>項の規定により申請します。</w:t>
      </w:r>
    </w:p>
    <w:p w14:paraId="51130AEE" w14:textId="77777777" w:rsidR="00331522" w:rsidRDefault="00354D78" w:rsidP="00354D78">
      <w:pPr>
        <w:spacing w:after="480" w:line="240" w:lineRule="auto"/>
        <w:jc w:val="center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記</w:t>
      </w:r>
    </w:p>
    <w:p w14:paraId="62973E93" w14:textId="77777777" w:rsidR="00331522" w:rsidRDefault="00354D78" w:rsidP="00354D78">
      <w:pPr>
        <w:spacing w:after="720" w:line="240" w:lineRule="auto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１　変更の内容</w:t>
      </w:r>
    </w:p>
    <w:p w14:paraId="5F487FBE" w14:textId="77777777" w:rsidR="00331522" w:rsidRDefault="00354D78" w:rsidP="00354D78">
      <w:pPr>
        <w:spacing w:after="720" w:line="240" w:lineRule="auto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２　変更の理由</w:t>
      </w:r>
    </w:p>
    <w:p w14:paraId="7B597CE7" w14:textId="77777777" w:rsidR="00331522" w:rsidRDefault="00354D78" w:rsidP="00354D78">
      <w:pPr>
        <w:spacing w:after="80" w:line="240" w:lineRule="auto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３　変更後の申請額　金</w:t>
      </w:r>
      <w:r>
        <w:rPr>
          <w:rFonts w:ascii="ＭＳ 明朝" w:eastAsia="ＭＳ 明朝" w:hAnsi="ＭＳ 明朝"/>
          <w:sz w:val="21"/>
          <w:u w:val="single"/>
          <w:lang w:eastAsia="ja-JP"/>
        </w:rPr>
        <w:t xml:space="preserve">　　　　　　　　　　　　</w:t>
      </w:r>
      <w:r>
        <w:rPr>
          <w:rFonts w:ascii="ＭＳ 明朝" w:eastAsia="ＭＳ 明朝" w:hAnsi="ＭＳ 明朝"/>
          <w:sz w:val="21"/>
          <w:lang w:eastAsia="ja-JP"/>
        </w:rPr>
        <w:t>円</w:t>
      </w:r>
    </w:p>
    <w:p w14:paraId="3319A4CD" w14:textId="77777777" w:rsidR="00331522" w:rsidRDefault="00354D78" w:rsidP="00354D78">
      <w:pPr>
        <w:spacing w:after="80" w:line="240" w:lineRule="auto"/>
        <w:ind w:left="1872"/>
      </w:pPr>
      <w:r>
        <w:rPr>
          <w:rFonts w:ascii="ＭＳ 明朝" w:eastAsia="ＭＳ 明朝" w:hAnsi="ＭＳ 明朝"/>
          <w:sz w:val="21"/>
        </w:rPr>
        <w:t>変更前（　　　　　　　　　　円）</w:t>
      </w:r>
    </w:p>
    <w:p w14:paraId="79D4221D" w14:textId="77777777" w:rsidR="00331522" w:rsidRDefault="00354D78" w:rsidP="00354D78">
      <w:pPr>
        <w:spacing w:after="240" w:line="240" w:lineRule="auto"/>
        <w:ind w:left="1872"/>
      </w:pPr>
      <w:r>
        <w:rPr>
          <w:rFonts w:ascii="ＭＳ 明朝" w:eastAsia="ＭＳ 明朝" w:hAnsi="ＭＳ 明朝"/>
          <w:sz w:val="21"/>
        </w:rPr>
        <w:t>変更額（　　　　　　　　　　円）</w:t>
      </w:r>
    </w:p>
    <w:p w14:paraId="5A2DA3FA" w14:textId="77777777" w:rsidR="00331522" w:rsidRDefault="00354D78" w:rsidP="00354D78">
      <w:pPr>
        <w:spacing w:after="720" w:line="240" w:lineRule="auto"/>
        <w:ind w:left="432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内訳は資格取得者ごとの助成額等内訳（様式</w:t>
      </w:r>
      <w:r>
        <w:rPr>
          <w:rFonts w:ascii="ＭＳ 明朝" w:eastAsia="ＭＳ 明朝" w:hAnsi="ＭＳ 明朝"/>
          <w:sz w:val="21"/>
          <w:lang w:eastAsia="ja-JP"/>
        </w:rPr>
        <w:t>10</w:t>
      </w:r>
      <w:r>
        <w:rPr>
          <w:rFonts w:ascii="ＭＳ 明朝" w:eastAsia="ＭＳ 明朝" w:hAnsi="ＭＳ 明朝"/>
          <w:sz w:val="21"/>
          <w:lang w:eastAsia="ja-JP"/>
        </w:rPr>
        <w:t>）のとおり</w:t>
      </w:r>
    </w:p>
    <w:p w14:paraId="23F887F6" w14:textId="77777777" w:rsidR="00331522" w:rsidRDefault="00354D78" w:rsidP="00354D78">
      <w:pPr>
        <w:spacing w:after="120" w:line="240" w:lineRule="auto"/>
        <w:rPr>
          <w:lang w:eastAsia="ja-JP"/>
        </w:rPr>
      </w:pPr>
      <w:r>
        <w:rPr>
          <w:rFonts w:ascii="ＭＳ 明朝" w:eastAsia="ＭＳ 明朝" w:hAnsi="ＭＳ 明朝"/>
          <w:b/>
          <w:sz w:val="21"/>
          <w:lang w:eastAsia="ja-JP"/>
        </w:rPr>
        <w:t>添付書類</w:t>
      </w:r>
    </w:p>
    <w:p w14:paraId="1084AF8D" w14:textId="77777777" w:rsidR="00331522" w:rsidRDefault="00354D78" w:rsidP="00354D78">
      <w:pPr>
        <w:spacing w:after="240" w:line="240" w:lineRule="auto"/>
        <w:ind w:left="288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助成対象金額の明細がわかる資料を添付すること。（自動車学校の料金表、見積書等）</w:t>
      </w:r>
    </w:p>
    <w:sectPr w:rsidR="00331522" w:rsidSect="009A31C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2008614">
    <w:abstractNumId w:val="8"/>
  </w:num>
  <w:num w:numId="2" w16cid:durableId="1824932814">
    <w:abstractNumId w:val="6"/>
  </w:num>
  <w:num w:numId="3" w16cid:durableId="377433407">
    <w:abstractNumId w:val="5"/>
  </w:num>
  <w:num w:numId="4" w16cid:durableId="1571889652">
    <w:abstractNumId w:val="4"/>
  </w:num>
  <w:num w:numId="5" w16cid:durableId="1329869814">
    <w:abstractNumId w:val="7"/>
  </w:num>
  <w:num w:numId="6" w16cid:durableId="708840598">
    <w:abstractNumId w:val="3"/>
  </w:num>
  <w:num w:numId="7" w16cid:durableId="1743336255">
    <w:abstractNumId w:val="2"/>
  </w:num>
  <w:num w:numId="8" w16cid:durableId="790055866">
    <w:abstractNumId w:val="1"/>
  </w:num>
  <w:num w:numId="9" w16cid:durableId="86182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1522"/>
    <w:rsid w:val="00354D78"/>
    <w:rsid w:val="006D7545"/>
    <w:rsid w:val="009A31C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88B429"/>
  <w14:defaultImageDpi w14:val="300"/>
  <w15:docId w15:val="{A90D028E-829D-4400-B98D-33C784D6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2026-07-02T08:31:00Z</dcterms:modified>
  <cp:category/>
</cp:coreProperties>
</file>