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79CA" w14:textId="77777777" w:rsidR="001610A6" w:rsidRDefault="00B8095F" w:rsidP="00B8095F">
      <w:pPr>
        <w:spacing w:after="0" w:line="240" w:lineRule="auto"/>
      </w:pPr>
      <w:r>
        <w:rPr>
          <w:rFonts w:ascii="ＭＳ 明朝" w:eastAsia="ＭＳ 明朝" w:hAnsi="ＭＳ 明朝"/>
          <w:sz w:val="21"/>
        </w:rPr>
        <w:t>第</w:t>
      </w:r>
      <w:r>
        <w:rPr>
          <w:rFonts w:ascii="ＭＳ 明朝" w:eastAsia="ＭＳ 明朝" w:hAnsi="ＭＳ 明朝"/>
          <w:sz w:val="21"/>
        </w:rPr>
        <w:t>6</w:t>
      </w:r>
      <w:r>
        <w:rPr>
          <w:rFonts w:ascii="ＭＳ 明朝" w:eastAsia="ＭＳ 明朝" w:hAnsi="ＭＳ 明朝"/>
          <w:sz w:val="21"/>
        </w:rPr>
        <w:t>号様式（第</w:t>
      </w:r>
      <w:r>
        <w:rPr>
          <w:rFonts w:ascii="ＭＳ 明朝" w:eastAsia="ＭＳ 明朝" w:hAnsi="ＭＳ 明朝"/>
          <w:sz w:val="21"/>
        </w:rPr>
        <w:t>9</w:t>
      </w:r>
      <w:r>
        <w:rPr>
          <w:rFonts w:ascii="ＭＳ 明朝" w:eastAsia="ＭＳ 明朝" w:hAnsi="ＭＳ 明朝"/>
          <w:sz w:val="21"/>
        </w:rPr>
        <w:t>条関係）</w:t>
      </w:r>
    </w:p>
    <w:p w14:paraId="4743F175" w14:textId="77777777" w:rsidR="001610A6" w:rsidRDefault="00B8095F" w:rsidP="00B8095F">
      <w:pPr>
        <w:spacing w:after="240" w:line="240" w:lineRule="auto"/>
        <w:jc w:val="right"/>
      </w:pPr>
      <w:r>
        <w:rPr>
          <w:rFonts w:ascii="ＭＳ 明朝" w:eastAsia="ＭＳ 明朝" w:hAnsi="ＭＳ 明朝"/>
          <w:sz w:val="21"/>
        </w:rPr>
        <w:t>年　　月　　日</w:t>
      </w:r>
    </w:p>
    <w:p w14:paraId="1492F364" w14:textId="77777777" w:rsidR="001610A6" w:rsidRDefault="00B8095F" w:rsidP="00B8095F">
      <w:pPr>
        <w:spacing w:after="80" w:line="240" w:lineRule="auto"/>
        <w:rPr>
          <w:lang w:eastAsia="ja-JP"/>
        </w:rPr>
      </w:pPr>
      <w:r>
        <w:rPr>
          <w:rFonts w:ascii="ＭＳ 明朝" w:eastAsia="ＭＳ 明朝" w:hAnsi="ＭＳ 明朝"/>
          <w:sz w:val="21"/>
          <w:lang w:eastAsia="ja-JP"/>
        </w:rPr>
        <w:t>公益財団法人青森県建設技術センター</w:t>
      </w:r>
    </w:p>
    <w:p w14:paraId="64900DA8" w14:textId="56238E31" w:rsidR="001610A6" w:rsidRDefault="00B8095F" w:rsidP="00B8095F">
      <w:pPr>
        <w:spacing w:after="240" w:line="240" w:lineRule="auto"/>
        <w:ind w:firstLineChars="100" w:firstLine="210"/>
      </w:pPr>
      <w:r>
        <w:rPr>
          <w:rFonts w:ascii="ＭＳ 明朝" w:eastAsia="ＭＳ 明朝" w:hAnsi="ＭＳ 明朝"/>
          <w:sz w:val="21"/>
        </w:rPr>
        <w:t>理</w:t>
      </w:r>
      <w:r>
        <w:rPr>
          <w:rFonts w:ascii="ＭＳ 明朝" w:eastAsia="ＭＳ 明朝" w:hAnsi="ＭＳ 明朝" w:hint="eastAsia"/>
          <w:sz w:val="21"/>
          <w:lang w:eastAsia="ja-JP"/>
        </w:rPr>
        <w:t xml:space="preserve">　</w:t>
      </w:r>
      <w:r>
        <w:rPr>
          <w:rFonts w:ascii="ＭＳ 明朝" w:eastAsia="ＭＳ 明朝" w:hAnsi="ＭＳ 明朝"/>
          <w:sz w:val="21"/>
        </w:rPr>
        <w:t>事</w:t>
      </w:r>
      <w:r>
        <w:rPr>
          <w:rFonts w:ascii="ＭＳ 明朝" w:eastAsia="ＭＳ 明朝" w:hAnsi="ＭＳ 明朝" w:hint="eastAsia"/>
          <w:sz w:val="21"/>
          <w:lang w:eastAsia="ja-JP"/>
        </w:rPr>
        <w:t xml:space="preserve">　</w:t>
      </w:r>
      <w:r>
        <w:rPr>
          <w:rFonts w:ascii="ＭＳ 明朝" w:eastAsia="ＭＳ 明朝" w:hAnsi="ＭＳ 明朝"/>
          <w:sz w:val="21"/>
        </w:rPr>
        <w:t>長　　　　　　　　殿</w:t>
      </w:r>
    </w:p>
    <w:p w14:paraId="0568C711" w14:textId="77777777" w:rsidR="001610A6" w:rsidRDefault="00B8095F" w:rsidP="00B8095F">
      <w:pPr>
        <w:spacing w:after="80" w:line="240" w:lineRule="auto"/>
        <w:ind w:left="5472"/>
      </w:pPr>
      <w:r>
        <w:rPr>
          <w:rFonts w:ascii="ＭＳ 明朝" w:eastAsia="ＭＳ 明朝" w:hAnsi="ＭＳ 明朝"/>
          <w:sz w:val="21"/>
        </w:rPr>
        <w:t>助成事業者</w:t>
      </w:r>
    </w:p>
    <w:p w14:paraId="1FA99345" w14:textId="77777777" w:rsidR="001610A6" w:rsidRDefault="00B8095F" w:rsidP="00B8095F">
      <w:pPr>
        <w:spacing w:after="80" w:line="240" w:lineRule="auto"/>
        <w:ind w:left="5904"/>
      </w:pPr>
      <w:r>
        <w:rPr>
          <w:rFonts w:ascii="ＭＳ 明朝" w:eastAsia="ＭＳ 明朝" w:hAnsi="ＭＳ 明朝"/>
          <w:sz w:val="21"/>
        </w:rPr>
        <w:t>住　所</w:t>
      </w:r>
    </w:p>
    <w:p w14:paraId="47838B78" w14:textId="77777777" w:rsidR="001610A6" w:rsidRDefault="00B8095F" w:rsidP="00B8095F">
      <w:pPr>
        <w:spacing w:after="80" w:line="240" w:lineRule="auto"/>
        <w:ind w:left="5904"/>
      </w:pPr>
      <w:r>
        <w:rPr>
          <w:rFonts w:ascii="ＭＳ 明朝" w:eastAsia="ＭＳ 明朝" w:hAnsi="ＭＳ 明朝"/>
          <w:sz w:val="21"/>
        </w:rPr>
        <w:t>名　称</w:t>
      </w:r>
    </w:p>
    <w:p w14:paraId="1C8A466C" w14:textId="77777777" w:rsidR="001610A6" w:rsidRDefault="00B8095F" w:rsidP="00B8095F">
      <w:pPr>
        <w:spacing w:after="600" w:line="240" w:lineRule="auto"/>
        <w:ind w:left="5904"/>
      </w:pPr>
      <w:r>
        <w:rPr>
          <w:rFonts w:ascii="ＭＳ 明朝" w:eastAsia="ＭＳ 明朝" w:hAnsi="ＭＳ 明朝"/>
          <w:sz w:val="21"/>
        </w:rPr>
        <w:t>代表者氏名　　　　　　　　　　　　㊞</w:t>
      </w:r>
    </w:p>
    <w:p w14:paraId="7FBC702D" w14:textId="77777777" w:rsidR="001610A6" w:rsidRDefault="00B8095F" w:rsidP="00B8095F">
      <w:pPr>
        <w:spacing w:after="360" w:line="240" w:lineRule="auto"/>
        <w:jc w:val="center"/>
        <w:rPr>
          <w:lang w:eastAsia="ja-JP"/>
        </w:rPr>
      </w:pPr>
      <w:r>
        <w:rPr>
          <w:rFonts w:ascii="ＭＳ 明朝" w:eastAsia="ＭＳ 明朝" w:hAnsi="ＭＳ 明朝"/>
          <w:b/>
          <w:sz w:val="32"/>
          <w:lang w:eastAsia="ja-JP"/>
        </w:rPr>
        <w:t>除雪オペレーター資格取得助成金完了実績報告書</w:t>
      </w:r>
    </w:p>
    <w:p w14:paraId="7B287178" w14:textId="77777777" w:rsidR="001610A6" w:rsidRDefault="00B8095F" w:rsidP="00B8095F">
      <w:pPr>
        <w:spacing w:after="360" w:line="240" w:lineRule="auto"/>
        <w:rPr>
          <w:lang w:eastAsia="ja-JP"/>
        </w:rPr>
      </w:pPr>
      <w:r>
        <w:rPr>
          <w:rFonts w:ascii="ＭＳ 明朝" w:eastAsia="ＭＳ 明朝" w:hAnsi="ＭＳ 明朝"/>
          <w:sz w:val="21"/>
          <w:lang w:eastAsia="ja-JP"/>
        </w:rPr>
        <w:t xml:space="preserve">　　年　　月　　日付け青建技第　　　号で交付決定の通知を受けた除雪オペレーターの資格取得が完了したので、除雪オペレーター資格取得助成金交付要綱第</w:t>
      </w:r>
      <w:r>
        <w:rPr>
          <w:rFonts w:ascii="ＭＳ 明朝" w:eastAsia="ＭＳ 明朝" w:hAnsi="ＭＳ 明朝"/>
          <w:sz w:val="21"/>
          <w:lang w:eastAsia="ja-JP"/>
        </w:rPr>
        <w:t>9</w:t>
      </w:r>
      <w:r>
        <w:rPr>
          <w:rFonts w:ascii="ＭＳ 明朝" w:eastAsia="ＭＳ 明朝" w:hAnsi="ＭＳ 明朝"/>
          <w:sz w:val="21"/>
          <w:lang w:eastAsia="ja-JP"/>
        </w:rPr>
        <w:t>条の規定により、関係書類を添えて報告します。</w:t>
      </w:r>
    </w:p>
    <w:p w14:paraId="59960400" w14:textId="77777777" w:rsidR="001610A6" w:rsidRDefault="00B8095F" w:rsidP="00B8095F">
      <w:pPr>
        <w:spacing w:after="360" w:line="240" w:lineRule="auto"/>
        <w:jc w:val="center"/>
        <w:rPr>
          <w:lang w:eastAsia="ja-JP"/>
        </w:rPr>
      </w:pPr>
      <w:r>
        <w:rPr>
          <w:rFonts w:ascii="ＭＳ 明朝" w:eastAsia="ＭＳ 明朝" w:hAnsi="ＭＳ 明朝"/>
          <w:sz w:val="21"/>
          <w:lang w:eastAsia="ja-JP"/>
        </w:rPr>
        <w:t>記</w:t>
      </w:r>
    </w:p>
    <w:p w14:paraId="6B245421" w14:textId="77777777" w:rsidR="001610A6" w:rsidRDefault="00B8095F" w:rsidP="00B8095F">
      <w:pPr>
        <w:spacing w:after="480" w:line="240" w:lineRule="auto"/>
        <w:rPr>
          <w:lang w:eastAsia="ja-JP"/>
        </w:rPr>
      </w:pPr>
      <w:r>
        <w:rPr>
          <w:rFonts w:ascii="ＭＳ 明朝" w:eastAsia="ＭＳ 明朝" w:hAnsi="ＭＳ 明朝"/>
          <w:sz w:val="21"/>
          <w:lang w:eastAsia="ja-JP"/>
        </w:rPr>
        <w:t>１　事業完了年月日</w:t>
      </w:r>
    </w:p>
    <w:p w14:paraId="6BBC77E9" w14:textId="77777777" w:rsidR="001610A6" w:rsidRDefault="00B8095F" w:rsidP="00B8095F">
      <w:pPr>
        <w:spacing w:after="80" w:line="240" w:lineRule="auto"/>
        <w:rPr>
          <w:lang w:eastAsia="ja-JP"/>
        </w:rPr>
      </w:pPr>
      <w:r>
        <w:rPr>
          <w:rFonts w:ascii="ＭＳ 明朝" w:eastAsia="ＭＳ 明朝" w:hAnsi="ＭＳ 明朝"/>
          <w:sz w:val="21"/>
          <w:lang w:eastAsia="ja-JP"/>
        </w:rPr>
        <w:t>２　資格取得者氏名・生年月日（年齢）</w:t>
      </w:r>
    </w:p>
    <w:p w14:paraId="385124A6" w14:textId="77777777" w:rsidR="001610A6" w:rsidRDefault="00B8095F" w:rsidP="00B8095F">
      <w:pPr>
        <w:spacing w:after="480" w:line="240" w:lineRule="auto"/>
        <w:ind w:left="432"/>
        <w:rPr>
          <w:lang w:eastAsia="ja-JP"/>
        </w:rPr>
      </w:pPr>
      <w:r>
        <w:rPr>
          <w:rFonts w:ascii="ＭＳ 明朝" w:eastAsia="ＭＳ 明朝" w:hAnsi="ＭＳ 明朝"/>
          <w:sz w:val="21"/>
          <w:lang w:eastAsia="ja-JP"/>
        </w:rPr>
        <w:t>※</w:t>
      </w:r>
      <w:r>
        <w:rPr>
          <w:rFonts w:ascii="ＭＳ 明朝" w:eastAsia="ＭＳ 明朝" w:hAnsi="ＭＳ 明朝"/>
          <w:sz w:val="21"/>
          <w:lang w:eastAsia="ja-JP"/>
        </w:rPr>
        <w:t>複数人の場合は、資格取得者ごとの助成額等内訳（様式</w:t>
      </w:r>
      <w:r>
        <w:rPr>
          <w:rFonts w:ascii="ＭＳ 明朝" w:eastAsia="ＭＳ 明朝" w:hAnsi="ＭＳ 明朝"/>
          <w:sz w:val="21"/>
          <w:lang w:eastAsia="ja-JP"/>
        </w:rPr>
        <w:t>10</w:t>
      </w:r>
      <w:r>
        <w:rPr>
          <w:rFonts w:ascii="ＭＳ 明朝" w:eastAsia="ＭＳ 明朝" w:hAnsi="ＭＳ 明朝"/>
          <w:sz w:val="21"/>
          <w:lang w:eastAsia="ja-JP"/>
        </w:rPr>
        <w:t>）に記載すること。</w:t>
      </w:r>
    </w:p>
    <w:p w14:paraId="1BF7C9A7" w14:textId="77777777" w:rsidR="001610A6" w:rsidRDefault="00B8095F" w:rsidP="00B8095F">
      <w:pPr>
        <w:spacing w:after="80" w:line="240" w:lineRule="auto"/>
      </w:pPr>
      <w:r>
        <w:rPr>
          <w:rFonts w:ascii="ＭＳ 明朝" w:eastAsia="ＭＳ 明朝" w:hAnsi="ＭＳ 明朝"/>
          <w:sz w:val="21"/>
        </w:rPr>
        <w:t>３　助成金精算額　金</w:t>
      </w:r>
      <w:r>
        <w:rPr>
          <w:rFonts w:ascii="ＭＳ 明朝" w:eastAsia="ＭＳ 明朝" w:hAnsi="ＭＳ 明朝"/>
          <w:sz w:val="21"/>
          <w:u w:val="single"/>
        </w:rPr>
        <w:t xml:space="preserve">　　　　　　　　　　　　</w:t>
      </w:r>
      <w:r>
        <w:rPr>
          <w:rFonts w:ascii="ＭＳ 明朝" w:eastAsia="ＭＳ 明朝" w:hAnsi="ＭＳ 明朝"/>
          <w:sz w:val="21"/>
        </w:rPr>
        <w:t>円</w:t>
      </w:r>
    </w:p>
    <w:p w14:paraId="0BFFBAE0" w14:textId="77777777" w:rsidR="001610A6" w:rsidRDefault="00B8095F" w:rsidP="00B8095F">
      <w:pPr>
        <w:spacing w:after="240" w:line="240" w:lineRule="auto"/>
        <w:ind w:left="432"/>
      </w:pPr>
      <w:r>
        <w:rPr>
          <w:rFonts w:ascii="ＭＳ 明朝" w:eastAsia="ＭＳ 明朝" w:hAnsi="ＭＳ 明朝"/>
          <w:sz w:val="21"/>
        </w:rPr>
        <w:t>（交付申請額）　（金</w:t>
      </w:r>
      <w:r>
        <w:rPr>
          <w:rFonts w:ascii="ＭＳ 明朝" w:eastAsia="ＭＳ 明朝" w:hAnsi="ＭＳ 明朝"/>
          <w:sz w:val="21"/>
          <w:u w:val="single"/>
        </w:rPr>
        <w:t xml:space="preserve">　　　　　　　　　　　</w:t>
      </w:r>
      <w:r>
        <w:rPr>
          <w:rFonts w:ascii="ＭＳ 明朝" w:eastAsia="ＭＳ 明朝" w:hAnsi="ＭＳ 明朝"/>
          <w:sz w:val="21"/>
        </w:rPr>
        <w:t>円）</w:t>
      </w:r>
    </w:p>
    <w:p w14:paraId="6CB0E77B" w14:textId="77777777" w:rsidR="001610A6" w:rsidRDefault="00B8095F" w:rsidP="00B8095F">
      <w:pPr>
        <w:spacing w:after="720" w:line="240" w:lineRule="auto"/>
        <w:ind w:left="432"/>
        <w:rPr>
          <w:lang w:eastAsia="ja-JP"/>
        </w:rPr>
      </w:pPr>
      <w:r>
        <w:rPr>
          <w:rFonts w:ascii="ＭＳ 明朝" w:eastAsia="ＭＳ 明朝" w:hAnsi="ＭＳ 明朝"/>
          <w:sz w:val="21"/>
          <w:lang w:eastAsia="ja-JP"/>
        </w:rPr>
        <w:t>内訳は資格取得者ごとの助成額等内訳（様式</w:t>
      </w:r>
      <w:r>
        <w:rPr>
          <w:rFonts w:ascii="ＭＳ 明朝" w:eastAsia="ＭＳ 明朝" w:hAnsi="ＭＳ 明朝"/>
          <w:sz w:val="21"/>
          <w:lang w:eastAsia="ja-JP"/>
        </w:rPr>
        <w:t>10</w:t>
      </w:r>
      <w:r>
        <w:rPr>
          <w:rFonts w:ascii="ＭＳ 明朝" w:eastAsia="ＭＳ 明朝" w:hAnsi="ＭＳ 明朝"/>
          <w:sz w:val="21"/>
          <w:lang w:eastAsia="ja-JP"/>
        </w:rPr>
        <w:t>）のとおり</w:t>
      </w:r>
    </w:p>
    <w:p w14:paraId="59AD5E28" w14:textId="77777777" w:rsidR="001610A6" w:rsidRDefault="00B8095F" w:rsidP="00B8095F">
      <w:pPr>
        <w:spacing w:after="160" w:line="240" w:lineRule="auto"/>
        <w:rPr>
          <w:lang w:eastAsia="ja-JP"/>
        </w:rPr>
      </w:pPr>
      <w:r>
        <w:rPr>
          <w:rFonts w:ascii="ＭＳ 明朝" w:eastAsia="ＭＳ 明朝" w:hAnsi="ＭＳ 明朝"/>
          <w:b/>
          <w:sz w:val="21"/>
          <w:lang w:eastAsia="ja-JP"/>
        </w:rPr>
        <w:t>添　付　書　類</w:t>
      </w:r>
    </w:p>
    <w:p w14:paraId="6B0203C3" w14:textId="77777777" w:rsidR="001610A6" w:rsidRDefault="00B8095F" w:rsidP="00B8095F">
      <w:pPr>
        <w:spacing w:after="80" w:line="240" w:lineRule="auto"/>
        <w:ind w:left="288"/>
        <w:rPr>
          <w:lang w:eastAsia="ja-JP"/>
        </w:rPr>
      </w:pPr>
      <w:r>
        <w:rPr>
          <w:rFonts w:ascii="ＭＳ 明朝" w:eastAsia="ＭＳ 明朝" w:hAnsi="ＭＳ 明朝"/>
          <w:sz w:val="21"/>
          <w:lang w:eastAsia="ja-JP"/>
        </w:rPr>
        <w:t>（</w:t>
      </w:r>
      <w:r>
        <w:rPr>
          <w:rFonts w:ascii="ＭＳ 明朝" w:eastAsia="ＭＳ 明朝" w:hAnsi="ＭＳ 明朝"/>
          <w:sz w:val="21"/>
          <w:lang w:eastAsia="ja-JP"/>
        </w:rPr>
        <w:t>1</w:t>
      </w:r>
      <w:r>
        <w:rPr>
          <w:rFonts w:ascii="ＭＳ 明朝" w:eastAsia="ＭＳ 明朝" w:hAnsi="ＭＳ 明朝"/>
          <w:sz w:val="21"/>
          <w:lang w:eastAsia="ja-JP"/>
        </w:rPr>
        <w:t>）</w:t>
      </w:r>
      <w:r>
        <w:rPr>
          <w:rFonts w:ascii="ＭＳ 明朝" w:eastAsia="ＭＳ 明朝" w:hAnsi="ＭＳ 明朝"/>
          <w:sz w:val="21"/>
          <w:lang w:eastAsia="ja-JP"/>
        </w:rPr>
        <w:t xml:space="preserve">□ </w:t>
      </w:r>
      <w:r>
        <w:rPr>
          <w:rFonts w:ascii="ＭＳ 明朝" w:eastAsia="ＭＳ 明朝" w:hAnsi="ＭＳ 明朝"/>
          <w:sz w:val="21"/>
          <w:lang w:eastAsia="ja-JP"/>
        </w:rPr>
        <w:t>事業者の従業員が取得した大型免許等の運転免許証の写し</w:t>
      </w:r>
    </w:p>
    <w:p w14:paraId="47574ADF" w14:textId="77777777" w:rsidR="001610A6" w:rsidRDefault="00B8095F" w:rsidP="00B8095F">
      <w:pPr>
        <w:spacing w:after="80" w:line="240" w:lineRule="auto"/>
        <w:ind w:left="288"/>
        <w:rPr>
          <w:lang w:eastAsia="ja-JP"/>
        </w:rPr>
      </w:pPr>
      <w:r>
        <w:rPr>
          <w:rFonts w:ascii="ＭＳ 明朝" w:eastAsia="ＭＳ 明朝" w:hAnsi="ＭＳ 明朝"/>
          <w:sz w:val="21"/>
          <w:lang w:eastAsia="ja-JP"/>
        </w:rPr>
        <w:t>（</w:t>
      </w:r>
      <w:r>
        <w:rPr>
          <w:rFonts w:ascii="ＭＳ 明朝" w:eastAsia="ＭＳ 明朝" w:hAnsi="ＭＳ 明朝"/>
          <w:sz w:val="21"/>
          <w:lang w:eastAsia="ja-JP"/>
        </w:rPr>
        <w:t>2</w:t>
      </w:r>
      <w:r>
        <w:rPr>
          <w:rFonts w:ascii="ＭＳ 明朝" w:eastAsia="ＭＳ 明朝" w:hAnsi="ＭＳ 明朝"/>
          <w:sz w:val="21"/>
          <w:lang w:eastAsia="ja-JP"/>
        </w:rPr>
        <w:t>）</w:t>
      </w:r>
      <w:r>
        <w:rPr>
          <w:rFonts w:ascii="ＭＳ 明朝" w:eastAsia="ＭＳ 明朝" w:hAnsi="ＭＳ 明朝"/>
          <w:sz w:val="21"/>
          <w:lang w:eastAsia="ja-JP"/>
        </w:rPr>
        <w:t xml:space="preserve">□ </w:t>
      </w:r>
      <w:r>
        <w:rPr>
          <w:rFonts w:ascii="ＭＳ 明朝" w:eastAsia="ＭＳ 明朝" w:hAnsi="ＭＳ 明朝"/>
          <w:sz w:val="21"/>
          <w:lang w:eastAsia="ja-JP"/>
        </w:rPr>
        <w:t>事業者の従業員が受講した講習会の受講証明書、修了証等の写し</w:t>
      </w:r>
    </w:p>
    <w:p w14:paraId="7AE030BD" w14:textId="77777777" w:rsidR="001610A6" w:rsidRDefault="00B8095F" w:rsidP="00B8095F">
      <w:pPr>
        <w:spacing w:after="80" w:line="240" w:lineRule="auto"/>
        <w:ind w:left="288"/>
        <w:rPr>
          <w:lang w:eastAsia="ja-JP"/>
        </w:rPr>
      </w:pPr>
      <w:r>
        <w:rPr>
          <w:rFonts w:ascii="ＭＳ 明朝" w:eastAsia="ＭＳ 明朝" w:hAnsi="ＭＳ 明朝"/>
          <w:sz w:val="21"/>
          <w:lang w:eastAsia="ja-JP"/>
        </w:rPr>
        <w:t>（</w:t>
      </w:r>
      <w:r>
        <w:rPr>
          <w:rFonts w:ascii="ＭＳ 明朝" w:eastAsia="ＭＳ 明朝" w:hAnsi="ＭＳ 明朝"/>
          <w:sz w:val="21"/>
          <w:lang w:eastAsia="ja-JP"/>
        </w:rPr>
        <w:t>3</w:t>
      </w:r>
      <w:r>
        <w:rPr>
          <w:rFonts w:ascii="ＭＳ 明朝" w:eastAsia="ＭＳ 明朝" w:hAnsi="ＭＳ 明朝"/>
          <w:sz w:val="21"/>
          <w:lang w:eastAsia="ja-JP"/>
        </w:rPr>
        <w:t>）</w:t>
      </w:r>
      <w:r>
        <w:rPr>
          <w:rFonts w:ascii="ＭＳ 明朝" w:eastAsia="ＭＳ 明朝" w:hAnsi="ＭＳ 明朝"/>
          <w:sz w:val="21"/>
          <w:lang w:eastAsia="ja-JP"/>
        </w:rPr>
        <w:t xml:space="preserve">□ </w:t>
      </w:r>
      <w:r>
        <w:rPr>
          <w:rFonts w:ascii="ＭＳ 明朝" w:eastAsia="ＭＳ 明朝" w:hAnsi="ＭＳ 明朝"/>
          <w:sz w:val="21"/>
          <w:lang w:eastAsia="ja-JP"/>
        </w:rPr>
        <w:t>事業者が大型免許等の取得費用を自ら負担したことを確認できる書類</w:t>
      </w:r>
    </w:p>
    <w:p w14:paraId="05BAB9CD" w14:textId="77777777" w:rsidR="001610A6" w:rsidRDefault="00B8095F" w:rsidP="00B8095F">
      <w:pPr>
        <w:spacing w:after="80" w:line="240" w:lineRule="auto"/>
        <w:ind w:left="288"/>
        <w:rPr>
          <w:lang w:eastAsia="ja-JP"/>
        </w:rPr>
      </w:pPr>
      <w:r>
        <w:rPr>
          <w:rFonts w:ascii="ＭＳ 明朝" w:eastAsia="ＭＳ 明朝" w:hAnsi="ＭＳ 明朝"/>
          <w:sz w:val="21"/>
          <w:lang w:eastAsia="ja-JP"/>
        </w:rPr>
        <w:t xml:space="preserve">　　　（助成事業者名の領収書、振込明細書　など）</w:t>
      </w:r>
    </w:p>
    <w:p w14:paraId="677699C1" w14:textId="77777777" w:rsidR="001610A6" w:rsidRDefault="00B8095F" w:rsidP="00B8095F">
      <w:pPr>
        <w:spacing w:after="80" w:line="240" w:lineRule="auto"/>
        <w:ind w:left="288"/>
        <w:rPr>
          <w:lang w:eastAsia="ja-JP"/>
        </w:rPr>
      </w:pPr>
      <w:r>
        <w:rPr>
          <w:rFonts w:ascii="ＭＳ 明朝" w:eastAsia="ＭＳ 明朝" w:hAnsi="ＭＳ 明朝"/>
          <w:sz w:val="21"/>
          <w:lang w:eastAsia="ja-JP"/>
        </w:rPr>
        <w:t>（</w:t>
      </w:r>
      <w:r>
        <w:rPr>
          <w:rFonts w:ascii="ＭＳ 明朝" w:eastAsia="ＭＳ 明朝" w:hAnsi="ＭＳ 明朝"/>
          <w:sz w:val="21"/>
          <w:lang w:eastAsia="ja-JP"/>
        </w:rPr>
        <w:t>4</w:t>
      </w:r>
      <w:r>
        <w:rPr>
          <w:rFonts w:ascii="ＭＳ 明朝" w:eastAsia="ＭＳ 明朝" w:hAnsi="ＭＳ 明朝"/>
          <w:sz w:val="21"/>
          <w:lang w:eastAsia="ja-JP"/>
        </w:rPr>
        <w:t>）</w:t>
      </w:r>
      <w:r>
        <w:rPr>
          <w:rFonts w:ascii="ＭＳ 明朝" w:eastAsia="ＭＳ 明朝" w:hAnsi="ＭＳ 明朝"/>
          <w:sz w:val="21"/>
          <w:lang w:eastAsia="ja-JP"/>
        </w:rPr>
        <w:t xml:space="preserve">□ </w:t>
      </w:r>
      <w:r>
        <w:rPr>
          <w:rFonts w:ascii="ＭＳ 明朝" w:eastAsia="ＭＳ 明朝" w:hAnsi="ＭＳ 明朝"/>
          <w:sz w:val="21"/>
          <w:lang w:eastAsia="ja-JP"/>
        </w:rPr>
        <w:t>事業者が講習会の受講費用を自ら負担したことを確認できる書類</w:t>
      </w:r>
    </w:p>
    <w:p w14:paraId="4BF5685D" w14:textId="77777777" w:rsidR="001610A6" w:rsidRDefault="00B8095F" w:rsidP="00B8095F">
      <w:pPr>
        <w:spacing w:after="80" w:line="240" w:lineRule="auto"/>
        <w:ind w:left="288"/>
        <w:rPr>
          <w:lang w:eastAsia="ja-JP"/>
        </w:rPr>
      </w:pPr>
      <w:r>
        <w:rPr>
          <w:rFonts w:ascii="ＭＳ 明朝" w:eastAsia="ＭＳ 明朝" w:hAnsi="ＭＳ 明朝"/>
          <w:sz w:val="21"/>
          <w:lang w:eastAsia="ja-JP"/>
        </w:rPr>
        <w:t xml:space="preserve">　　　（助成事業者名の領収書、振込明細書　など）</w:t>
      </w:r>
    </w:p>
    <w:p w14:paraId="20B19D2A" w14:textId="77777777" w:rsidR="001610A6" w:rsidRDefault="00B8095F" w:rsidP="00B8095F">
      <w:pPr>
        <w:spacing w:before="240" w:after="240" w:line="240" w:lineRule="auto"/>
        <w:ind w:left="576"/>
        <w:rPr>
          <w:lang w:eastAsia="ja-JP"/>
        </w:rPr>
      </w:pPr>
      <w:r>
        <w:rPr>
          <w:rFonts w:ascii="ＭＳ 明朝" w:eastAsia="ＭＳ 明朝" w:hAnsi="ＭＳ 明朝"/>
          <w:sz w:val="21"/>
          <w:lang w:eastAsia="ja-JP"/>
        </w:rPr>
        <w:t>※</w:t>
      </w:r>
      <w:r>
        <w:rPr>
          <w:rFonts w:ascii="ＭＳ 明朝" w:eastAsia="ＭＳ 明朝" w:hAnsi="ＭＳ 明朝"/>
          <w:sz w:val="21"/>
          <w:lang w:eastAsia="ja-JP"/>
        </w:rPr>
        <w:t>該当する項目に</w:t>
      </w:r>
      <w:r>
        <w:rPr>
          <w:rFonts w:ascii="ＭＳ 明朝" w:eastAsia="ＭＳ 明朝" w:hAnsi="ＭＳ 明朝"/>
          <w:sz w:val="21"/>
          <w:lang w:eastAsia="ja-JP"/>
        </w:rPr>
        <w:t>☑</w:t>
      </w:r>
      <w:r>
        <w:rPr>
          <w:rFonts w:ascii="ＭＳ 明朝" w:eastAsia="ＭＳ 明朝" w:hAnsi="ＭＳ 明朝"/>
          <w:sz w:val="21"/>
          <w:lang w:eastAsia="ja-JP"/>
        </w:rPr>
        <w:t>すること。</w:t>
      </w:r>
    </w:p>
    <w:sectPr w:rsidR="001610A6" w:rsidSect="00B8095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31995175">
    <w:abstractNumId w:val="8"/>
  </w:num>
  <w:num w:numId="2" w16cid:durableId="605775191">
    <w:abstractNumId w:val="6"/>
  </w:num>
  <w:num w:numId="3" w16cid:durableId="370764669">
    <w:abstractNumId w:val="5"/>
  </w:num>
  <w:num w:numId="4" w16cid:durableId="1989092812">
    <w:abstractNumId w:val="4"/>
  </w:num>
  <w:num w:numId="5" w16cid:durableId="1116634131">
    <w:abstractNumId w:val="7"/>
  </w:num>
  <w:num w:numId="6" w16cid:durableId="718436153">
    <w:abstractNumId w:val="3"/>
  </w:num>
  <w:num w:numId="7" w16cid:durableId="204680664">
    <w:abstractNumId w:val="2"/>
  </w:num>
  <w:num w:numId="8" w16cid:durableId="1307969945">
    <w:abstractNumId w:val="1"/>
  </w:num>
  <w:num w:numId="9" w16cid:durableId="21465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10A6"/>
    <w:rsid w:val="0029639D"/>
    <w:rsid w:val="00326F90"/>
    <w:rsid w:val="00AA1D8D"/>
    <w:rsid w:val="00B47730"/>
    <w:rsid w:val="00B8095F"/>
    <w:rsid w:val="00CB0664"/>
    <w:rsid w:val="00D533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3A52126"/>
  <w14:defaultImageDpi w14:val="300"/>
  <w15:docId w15:val="{1B17E012-2202-435A-9432-92F6F2DC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84</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2026-07-02T23:02:00Z</dcterms:modified>
  <cp:category/>
</cp:coreProperties>
</file>