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43505" w14:textId="77777777" w:rsidR="00C6014C" w:rsidRDefault="00277E85">
      <w:pPr>
        <w:spacing w:after="240"/>
      </w:pPr>
      <w:r>
        <w:rPr>
          <w:rFonts w:ascii="ＭＳ 明朝" w:eastAsia="ＭＳ 明朝" w:hAnsi="ＭＳ 明朝"/>
          <w:sz w:val="21"/>
        </w:rPr>
        <w:t>第</w:t>
      </w:r>
      <w:r>
        <w:rPr>
          <w:rFonts w:ascii="ＭＳ 明朝" w:eastAsia="ＭＳ 明朝" w:hAnsi="ＭＳ 明朝"/>
          <w:sz w:val="21"/>
        </w:rPr>
        <w:t>8</w:t>
      </w:r>
      <w:r>
        <w:rPr>
          <w:rFonts w:ascii="ＭＳ 明朝" w:eastAsia="ＭＳ 明朝" w:hAnsi="ＭＳ 明朝"/>
          <w:sz w:val="21"/>
        </w:rPr>
        <w:t>号様式（第</w:t>
      </w:r>
      <w:r>
        <w:rPr>
          <w:rFonts w:ascii="ＭＳ 明朝" w:eastAsia="ＭＳ 明朝" w:hAnsi="ＭＳ 明朝"/>
          <w:sz w:val="21"/>
        </w:rPr>
        <w:t>11</w:t>
      </w:r>
      <w:r>
        <w:rPr>
          <w:rFonts w:ascii="ＭＳ 明朝" w:eastAsia="ＭＳ 明朝" w:hAnsi="ＭＳ 明朝"/>
          <w:sz w:val="21"/>
        </w:rPr>
        <w:t>条関係）</w:t>
      </w:r>
    </w:p>
    <w:p w14:paraId="2BD309C9" w14:textId="77777777" w:rsidR="00C6014C" w:rsidRDefault="00277E85">
      <w:pPr>
        <w:spacing w:after="480"/>
        <w:jc w:val="right"/>
      </w:pPr>
      <w:r>
        <w:rPr>
          <w:rFonts w:ascii="ＭＳ 明朝" w:eastAsia="ＭＳ 明朝" w:hAnsi="ＭＳ 明朝"/>
          <w:sz w:val="21"/>
        </w:rPr>
        <w:t>年　　月　　日</w:t>
      </w:r>
    </w:p>
    <w:p w14:paraId="5A2B3F5B" w14:textId="77777777" w:rsidR="00C6014C" w:rsidRDefault="00277E85">
      <w:pPr>
        <w:spacing w:after="80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>公益財団法人青森県建設技術センター</w:t>
      </w:r>
    </w:p>
    <w:p w14:paraId="482A7002" w14:textId="77777777" w:rsidR="00C6014C" w:rsidRDefault="00277E85">
      <w:pPr>
        <w:spacing w:after="240"/>
      </w:pPr>
      <w:r>
        <w:rPr>
          <w:rFonts w:ascii="ＭＳ 明朝" w:eastAsia="ＭＳ 明朝" w:hAnsi="ＭＳ 明朝"/>
          <w:sz w:val="21"/>
        </w:rPr>
        <w:t>理事長　　　　　　　　殿</w:t>
      </w:r>
    </w:p>
    <w:p w14:paraId="1F17D06C" w14:textId="77777777" w:rsidR="00C6014C" w:rsidRDefault="00277E85">
      <w:pPr>
        <w:spacing w:after="80"/>
        <w:ind w:left="5472"/>
      </w:pPr>
      <w:r>
        <w:rPr>
          <w:rFonts w:ascii="ＭＳ 明朝" w:eastAsia="ＭＳ 明朝" w:hAnsi="ＭＳ 明朝"/>
          <w:sz w:val="21"/>
        </w:rPr>
        <w:t>助成事業者</w:t>
      </w:r>
    </w:p>
    <w:p w14:paraId="6FA394F3" w14:textId="77777777" w:rsidR="00C6014C" w:rsidRDefault="00277E85">
      <w:pPr>
        <w:spacing w:after="80"/>
        <w:ind w:left="5904"/>
      </w:pPr>
      <w:r>
        <w:rPr>
          <w:rFonts w:ascii="ＭＳ 明朝" w:eastAsia="ＭＳ 明朝" w:hAnsi="ＭＳ 明朝"/>
          <w:sz w:val="21"/>
        </w:rPr>
        <w:t>住　所</w:t>
      </w:r>
    </w:p>
    <w:p w14:paraId="719626AF" w14:textId="77777777" w:rsidR="00C6014C" w:rsidRDefault="00277E85">
      <w:pPr>
        <w:spacing w:after="80"/>
        <w:ind w:left="5904"/>
      </w:pPr>
      <w:r>
        <w:rPr>
          <w:rFonts w:ascii="ＭＳ 明朝" w:eastAsia="ＭＳ 明朝" w:hAnsi="ＭＳ 明朝"/>
          <w:sz w:val="21"/>
        </w:rPr>
        <w:t>名　称</w:t>
      </w:r>
    </w:p>
    <w:p w14:paraId="285703E2" w14:textId="77777777" w:rsidR="00C6014C" w:rsidRDefault="00277E85">
      <w:pPr>
        <w:spacing w:after="960"/>
        <w:ind w:left="5904"/>
      </w:pPr>
      <w:r>
        <w:rPr>
          <w:rFonts w:ascii="ＭＳ 明朝" w:eastAsia="ＭＳ 明朝" w:hAnsi="ＭＳ 明朝"/>
          <w:sz w:val="21"/>
        </w:rPr>
        <w:t>代表者氏名　　　　　　　　　　　　㊞</w:t>
      </w:r>
    </w:p>
    <w:p w14:paraId="2D3CB5C4" w14:textId="77777777" w:rsidR="00C6014C" w:rsidRDefault="00277E85">
      <w:pPr>
        <w:spacing w:after="480"/>
        <w:jc w:val="center"/>
        <w:rPr>
          <w:lang w:eastAsia="ja-JP"/>
        </w:rPr>
      </w:pPr>
      <w:r>
        <w:rPr>
          <w:rFonts w:ascii="ＭＳ 明朝" w:eastAsia="ＭＳ 明朝" w:hAnsi="ＭＳ 明朝"/>
          <w:b/>
          <w:sz w:val="32"/>
          <w:lang w:eastAsia="ja-JP"/>
        </w:rPr>
        <w:t>除雪オペレーター資格取得助成金請求書</w:t>
      </w:r>
    </w:p>
    <w:p w14:paraId="0D15F0AE" w14:textId="77777777" w:rsidR="00C6014C" w:rsidRDefault="00277E85">
      <w:pPr>
        <w:spacing w:after="480" w:line="360" w:lineRule="auto"/>
        <w:rPr>
          <w:lang w:eastAsia="ja-JP"/>
        </w:rPr>
      </w:pPr>
      <w:r>
        <w:rPr>
          <w:rFonts w:ascii="ＭＳ 明朝" w:eastAsia="ＭＳ 明朝" w:hAnsi="ＭＳ 明朝"/>
          <w:sz w:val="21"/>
          <w:lang w:eastAsia="ja-JP"/>
        </w:rPr>
        <w:t xml:space="preserve">　　年　　月　　日付け青建技第　　　号で確定通知を受けた除雪オペレーター資格取得助成金について、下記のとおり請求します。</w:t>
      </w:r>
    </w:p>
    <w:p w14:paraId="1DBEF9D6" w14:textId="77777777" w:rsidR="00C6014C" w:rsidRDefault="00277E85">
      <w:pPr>
        <w:spacing w:after="480"/>
        <w:jc w:val="center"/>
      </w:pPr>
      <w:r>
        <w:rPr>
          <w:rFonts w:ascii="ＭＳ 明朝" w:eastAsia="ＭＳ 明朝" w:hAnsi="ＭＳ 明朝"/>
          <w:sz w:val="21"/>
        </w:rPr>
        <w:t>記</w:t>
      </w:r>
    </w:p>
    <w:p w14:paraId="42834A2E" w14:textId="77777777" w:rsidR="00C6014C" w:rsidRDefault="00277E85">
      <w:pPr>
        <w:spacing w:after="240"/>
      </w:pPr>
      <w:r>
        <w:rPr>
          <w:rFonts w:ascii="ＭＳ 明朝" w:eastAsia="ＭＳ 明朝" w:hAnsi="ＭＳ 明朝"/>
          <w:sz w:val="21"/>
        </w:rPr>
        <w:t>１　交付決定金額　金</w:t>
      </w:r>
      <w:r>
        <w:rPr>
          <w:rFonts w:ascii="ＭＳ 明朝" w:eastAsia="ＭＳ 明朝" w:hAnsi="ＭＳ 明朝"/>
          <w:sz w:val="21"/>
          <w:u w:val="single"/>
        </w:rPr>
        <w:t xml:space="preserve">　　　　　　　　　　　　</w:t>
      </w:r>
      <w:r>
        <w:rPr>
          <w:rFonts w:ascii="ＭＳ 明朝" w:eastAsia="ＭＳ 明朝" w:hAnsi="ＭＳ 明朝"/>
          <w:sz w:val="21"/>
        </w:rPr>
        <w:t>円</w:t>
      </w:r>
    </w:p>
    <w:p w14:paraId="41C18C78" w14:textId="77777777" w:rsidR="00C6014C" w:rsidRDefault="00277E85">
      <w:pPr>
        <w:spacing w:after="240"/>
      </w:pPr>
      <w:r>
        <w:rPr>
          <w:rFonts w:ascii="ＭＳ 明朝" w:eastAsia="ＭＳ 明朝" w:hAnsi="ＭＳ 明朝"/>
          <w:sz w:val="21"/>
        </w:rPr>
        <w:t>２　請求金額　　　金</w:t>
      </w:r>
      <w:r>
        <w:rPr>
          <w:rFonts w:ascii="ＭＳ 明朝" w:eastAsia="ＭＳ 明朝" w:hAnsi="ＭＳ 明朝"/>
          <w:sz w:val="21"/>
          <w:u w:val="single"/>
        </w:rPr>
        <w:t xml:space="preserve">　　　　　　　　　　　　</w:t>
      </w:r>
      <w:r>
        <w:rPr>
          <w:rFonts w:ascii="ＭＳ 明朝" w:eastAsia="ＭＳ 明朝" w:hAnsi="ＭＳ 明朝"/>
          <w:sz w:val="21"/>
        </w:rPr>
        <w:t>円</w:t>
      </w:r>
    </w:p>
    <w:p w14:paraId="3936B58E" w14:textId="77777777" w:rsidR="00C6014C" w:rsidRDefault="00277E85">
      <w:pPr>
        <w:spacing w:after="240"/>
      </w:pPr>
      <w:r>
        <w:rPr>
          <w:rFonts w:ascii="ＭＳ 明朝" w:eastAsia="ＭＳ 明朝" w:hAnsi="ＭＳ 明朝"/>
          <w:sz w:val="21"/>
        </w:rPr>
        <w:t>３　振込口座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1728"/>
        <w:gridCol w:w="4608"/>
      </w:tblGrid>
      <w:tr w:rsidR="00C6014C" w14:paraId="56BFA5EC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02DFD9E3" w14:textId="77777777" w:rsidR="00C6014C" w:rsidRDefault="00277E85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1"/>
              </w:rPr>
              <w:t>金融機関</w:t>
            </w:r>
          </w:p>
        </w:tc>
        <w:tc>
          <w:tcPr>
            <w:tcW w:w="6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60B69003" w14:textId="77777777" w:rsidR="00C6014C" w:rsidRDefault="00277E85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1"/>
              </w:rPr>
              <w:t xml:space="preserve">　　　　　　　　　　銀行　　　　　　　　　　店</w:t>
            </w:r>
          </w:p>
        </w:tc>
      </w:tr>
      <w:tr w:rsidR="00C6014C" w14:paraId="7F905187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114D2F9F" w14:textId="77777777" w:rsidR="00C6014C" w:rsidRDefault="00277E85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1"/>
              </w:rPr>
              <w:t>1.</w:t>
            </w:r>
            <w:r>
              <w:rPr>
                <w:rFonts w:ascii="ＭＳ 明朝" w:eastAsia="ＭＳ 明朝" w:hAnsi="ＭＳ 明朝"/>
                <w:sz w:val="21"/>
              </w:rPr>
              <w:t xml:space="preserve">普通　　</w:t>
            </w:r>
            <w:r>
              <w:rPr>
                <w:rFonts w:ascii="ＭＳ 明朝" w:eastAsia="ＭＳ 明朝" w:hAnsi="ＭＳ 明朝"/>
                <w:sz w:val="21"/>
              </w:rPr>
              <w:t>2.</w:t>
            </w:r>
            <w:r>
              <w:rPr>
                <w:rFonts w:ascii="ＭＳ 明朝" w:eastAsia="ＭＳ 明朝" w:hAnsi="ＭＳ 明朝"/>
                <w:sz w:val="21"/>
              </w:rPr>
              <w:t>当座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592894EB" w14:textId="77777777" w:rsidR="00C6014C" w:rsidRDefault="00277E85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1"/>
              </w:rPr>
              <w:t>口座番号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04E5D105" w14:textId="77777777" w:rsidR="00C6014C" w:rsidRDefault="00C6014C">
            <w:pPr>
              <w:spacing w:after="0"/>
            </w:pPr>
          </w:p>
        </w:tc>
      </w:tr>
      <w:tr w:rsidR="00C6014C" w14:paraId="6751C720" w14:textId="77777777"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5E94A865" w14:textId="77777777" w:rsidR="00C6014C" w:rsidRDefault="00277E85">
            <w:pPr>
              <w:spacing w:after="0"/>
              <w:jc w:val="center"/>
            </w:pPr>
            <w:r>
              <w:rPr>
                <w:rFonts w:ascii="ＭＳ 明朝" w:eastAsia="ＭＳ 明朝" w:hAnsi="ＭＳ 明朝"/>
                <w:sz w:val="21"/>
              </w:rPr>
              <w:t>口座名義人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080D0A61" w14:textId="77777777" w:rsidR="00C6014C" w:rsidRDefault="00277E85">
            <w:pPr>
              <w:spacing w:after="0" w:line="240" w:lineRule="auto"/>
              <w:jc w:val="center"/>
            </w:pPr>
            <w:r>
              <w:rPr>
                <w:rFonts w:ascii="ＭＳ 明朝" w:eastAsia="ＭＳ 明朝" w:hAnsi="ＭＳ 明朝"/>
                <w:sz w:val="14"/>
              </w:rPr>
              <w:t>フリガナ</w:t>
            </w:r>
            <w:r>
              <w:rPr>
                <w:rFonts w:ascii="ＭＳ 明朝" w:eastAsia="ＭＳ 明朝" w:hAnsi="ＭＳ 明朝"/>
                <w:sz w:val="14"/>
              </w:rPr>
              <w:br/>
            </w:r>
            <w:r>
              <w:rPr>
                <w:rFonts w:ascii="ＭＳ 明朝" w:eastAsia="ＭＳ 明朝" w:hAnsi="ＭＳ 明朝"/>
                <w:sz w:val="21"/>
              </w:rPr>
              <w:t>氏　名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7753DCFD" w14:textId="77777777" w:rsidR="00C6014C" w:rsidRDefault="00C6014C">
            <w:pPr>
              <w:spacing w:after="0"/>
            </w:pPr>
          </w:p>
        </w:tc>
      </w:tr>
    </w:tbl>
    <w:p w14:paraId="47510226" w14:textId="77777777" w:rsidR="00277E85" w:rsidRDefault="00277E85"/>
    <w:sectPr w:rsidR="00000000" w:rsidSect="00277E8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7495044">
    <w:abstractNumId w:val="8"/>
  </w:num>
  <w:num w:numId="2" w16cid:durableId="60058640">
    <w:abstractNumId w:val="6"/>
  </w:num>
  <w:num w:numId="3" w16cid:durableId="386493455">
    <w:abstractNumId w:val="5"/>
  </w:num>
  <w:num w:numId="4" w16cid:durableId="1090467988">
    <w:abstractNumId w:val="4"/>
  </w:num>
  <w:num w:numId="5" w16cid:durableId="2037345475">
    <w:abstractNumId w:val="7"/>
  </w:num>
  <w:num w:numId="6" w16cid:durableId="1014189517">
    <w:abstractNumId w:val="3"/>
  </w:num>
  <w:num w:numId="7" w16cid:durableId="1222181582">
    <w:abstractNumId w:val="2"/>
  </w:num>
  <w:num w:numId="8" w16cid:durableId="1153839098">
    <w:abstractNumId w:val="1"/>
  </w:num>
  <w:num w:numId="9" w16cid:durableId="125975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7E85"/>
    <w:rsid w:val="0029639D"/>
    <w:rsid w:val="00326F90"/>
    <w:rsid w:val="00AA1D8D"/>
    <w:rsid w:val="00B47730"/>
    <w:rsid w:val="00B52EC0"/>
    <w:rsid w:val="00C6014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CF0BEE"/>
  <w14:defaultImageDpi w14:val="300"/>
  <w15:docId w15:val="{146452FB-9920-4603-8CB3-1E65521F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2026-07-02T23:16:00Z</dcterms:modified>
  <cp:category/>
</cp:coreProperties>
</file>