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E6F2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sz w:val="21"/>
        </w:rPr>
        <w:t>第</w:t>
      </w:r>
      <w:r>
        <w:rPr>
          <w:rFonts w:ascii="ＭＳ 明朝" w:eastAsia="ＭＳ 明朝" w:hAnsi="ＭＳ 明朝"/>
          <w:sz w:val="21"/>
        </w:rPr>
        <w:t>10</w:t>
      </w:r>
      <w:r>
        <w:rPr>
          <w:rFonts w:ascii="ＭＳ 明朝" w:eastAsia="ＭＳ 明朝" w:hAnsi="ＭＳ 明朝"/>
          <w:sz w:val="21"/>
        </w:rPr>
        <w:t>号様式（第</w:t>
      </w:r>
      <w:r>
        <w:rPr>
          <w:rFonts w:ascii="ＭＳ 明朝" w:eastAsia="ＭＳ 明朝" w:hAnsi="ＭＳ 明朝"/>
          <w:sz w:val="21"/>
        </w:rPr>
        <w:t>6</w:t>
      </w:r>
      <w:r>
        <w:rPr>
          <w:rFonts w:ascii="ＭＳ 明朝" w:eastAsia="ＭＳ 明朝" w:hAnsi="ＭＳ 明朝"/>
          <w:sz w:val="21"/>
        </w:rPr>
        <w:t>条、第</w:t>
      </w:r>
      <w:r>
        <w:rPr>
          <w:rFonts w:ascii="ＭＳ 明朝" w:eastAsia="ＭＳ 明朝" w:hAnsi="ＭＳ 明朝"/>
          <w:sz w:val="21"/>
        </w:rPr>
        <w:t>8</w:t>
      </w:r>
      <w:r>
        <w:rPr>
          <w:rFonts w:ascii="ＭＳ 明朝" w:eastAsia="ＭＳ 明朝" w:hAnsi="ＭＳ 明朝"/>
          <w:sz w:val="21"/>
        </w:rPr>
        <w:t>条、第</w:t>
      </w:r>
      <w:r>
        <w:rPr>
          <w:rFonts w:ascii="ＭＳ 明朝" w:eastAsia="ＭＳ 明朝" w:hAnsi="ＭＳ 明朝"/>
          <w:sz w:val="21"/>
        </w:rPr>
        <w:t>9</w:t>
      </w:r>
      <w:r>
        <w:rPr>
          <w:rFonts w:ascii="ＭＳ 明朝" w:eastAsia="ＭＳ 明朝" w:hAnsi="ＭＳ 明朝"/>
          <w:sz w:val="21"/>
        </w:rPr>
        <w:t>条関係）</w:t>
      </w:r>
    </w:p>
    <w:p w14:paraId="3DCD9FD7" w14:textId="77777777" w:rsidR="00F85E4A" w:rsidRDefault="009F7D7D" w:rsidP="00E550AA">
      <w:pPr>
        <w:spacing w:after="0"/>
        <w:jc w:val="center"/>
        <w:rPr>
          <w:lang w:eastAsia="ja-JP"/>
        </w:rPr>
      </w:pPr>
      <w:r>
        <w:rPr>
          <w:rFonts w:ascii="ＭＳ 明朝" w:eastAsia="ＭＳ 明朝" w:hAnsi="ＭＳ 明朝"/>
          <w:b/>
          <w:sz w:val="28"/>
          <w:lang w:eastAsia="ja-JP"/>
        </w:rPr>
        <w:t>資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格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取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得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者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ご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と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の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助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成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額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等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内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訳</w:t>
      </w:r>
    </w:p>
    <w:p w14:paraId="1479D15A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b/>
          <w:sz w:val="21"/>
        </w:rPr>
        <w:t>（</w:t>
      </w:r>
      <w:r>
        <w:rPr>
          <w:rFonts w:ascii="ＭＳ 明朝" w:eastAsia="ＭＳ 明朝" w:hAnsi="ＭＳ 明朝"/>
          <w:b/>
          <w:sz w:val="21"/>
        </w:rPr>
        <w:t>1</w:t>
      </w:r>
      <w:r>
        <w:rPr>
          <w:rFonts w:ascii="ＭＳ 明朝" w:eastAsia="ＭＳ 明朝" w:hAnsi="ＭＳ 明朝"/>
          <w:b/>
          <w:sz w:val="21"/>
        </w:rPr>
        <w:t>人目）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2308"/>
        <w:gridCol w:w="2286"/>
        <w:gridCol w:w="1275"/>
        <w:gridCol w:w="2665"/>
      </w:tblGrid>
      <w:tr w:rsidR="00F85E4A" w14:paraId="65D74588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611FCC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資格取得者氏名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90D8E21" w14:textId="77777777" w:rsidR="00F85E4A" w:rsidRDefault="00F85E4A" w:rsidP="00E550AA">
            <w:pPr>
              <w:spacing w:after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126A9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生年月日（年齢）</w:t>
            </w:r>
          </w:p>
        </w:tc>
        <w:tc>
          <w:tcPr>
            <w:tcW w:w="3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590248E" w14:textId="77777777" w:rsidR="00F85E4A" w:rsidRDefault="009F7D7D" w:rsidP="00E550AA">
            <w:pPr>
              <w:spacing w:after="0"/>
            </w:pPr>
            <w:r>
              <w:rPr>
                <w:rFonts w:ascii="ＭＳ 明朝" w:eastAsia="ＭＳ 明朝" w:hAnsi="ＭＳ 明朝"/>
                <w:sz w:val="20"/>
              </w:rPr>
              <w:t xml:space="preserve">　　年　　月　　日生（　　歳）</w:t>
            </w:r>
          </w:p>
        </w:tc>
      </w:tr>
      <w:tr w:rsidR="00F85E4A" w14:paraId="754E3118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E936C7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項　　目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8B4E6F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区　　分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F0CCA52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助成対象金額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8BAA806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助成率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BCCA7CC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金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交付申請額</w:t>
            </w:r>
          </w:p>
        </w:tc>
      </w:tr>
      <w:tr w:rsidR="00F85E4A" w14:paraId="7545631E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3BE6CD0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免許取得費用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B61549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大型自動車免許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F6BCFB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7BCD5C1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612E98" w14:textId="77777777" w:rsidR="00F85E4A" w:rsidRDefault="00F85E4A" w:rsidP="00E550AA">
            <w:pPr>
              <w:spacing w:after="0"/>
            </w:pPr>
          </w:p>
        </w:tc>
      </w:tr>
      <w:tr w:rsidR="00F85E4A" w14:paraId="523E6561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1F8774E" w14:textId="77777777" w:rsidR="00F85E4A" w:rsidRDefault="00F85E4A" w:rsidP="00E550AA">
            <w:pPr>
              <w:spacing w:after="0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4059320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大型自動車特殊免許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E9F769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EC55E3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BD6E53" w14:textId="77777777" w:rsidR="00F85E4A" w:rsidRDefault="00F85E4A" w:rsidP="00E550AA">
            <w:pPr>
              <w:spacing w:after="0"/>
            </w:pPr>
          </w:p>
        </w:tc>
      </w:tr>
      <w:tr w:rsidR="00F85E4A" w14:paraId="584E3520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EC42469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講習会受講費用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B5B8C0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車両系建設機械運転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技能講習会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7D40BE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B298C3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F42577" w14:textId="77777777" w:rsidR="00F85E4A" w:rsidRDefault="00F85E4A" w:rsidP="00E550AA">
            <w:pPr>
              <w:spacing w:after="0"/>
            </w:pPr>
          </w:p>
        </w:tc>
      </w:tr>
      <w:tr w:rsidR="00F85E4A" w14:paraId="60A3B567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B58DFDF" w14:textId="77777777" w:rsidR="00F85E4A" w:rsidRDefault="00F85E4A" w:rsidP="00E550AA">
            <w:pPr>
              <w:spacing w:after="0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B914049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除雪講習会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E5BF4ED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D0221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B84E61" w14:textId="77777777" w:rsidR="00F85E4A" w:rsidRDefault="00F85E4A" w:rsidP="00E550AA">
            <w:pPr>
              <w:spacing w:after="0"/>
            </w:pPr>
          </w:p>
        </w:tc>
      </w:tr>
      <w:tr w:rsidR="00F85E4A" w14:paraId="14E10E0E" w14:textId="77777777" w:rsidTr="009F7D7D">
        <w:trPr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3732C4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合　　計</w:t>
            </w:r>
            <w:r>
              <w:rPr>
                <w:rFonts w:ascii="ＭＳ 明朝" w:eastAsia="ＭＳ 明朝" w:hAnsi="ＭＳ 明朝"/>
                <w:sz w:val="20"/>
              </w:rPr>
              <w:t xml:space="preserve"> ①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765CEE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BD81F0D" w14:textId="77777777" w:rsidR="00F85E4A" w:rsidRDefault="00F85E4A" w:rsidP="00E550AA">
            <w:pPr>
              <w:spacing w:after="0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2C3B06" w14:textId="77777777" w:rsidR="00F85E4A" w:rsidRDefault="00F85E4A" w:rsidP="00E550AA">
            <w:pPr>
              <w:spacing w:after="0"/>
            </w:pPr>
          </w:p>
        </w:tc>
      </w:tr>
      <w:tr w:rsidR="00F85E4A" w14:paraId="5AFF29E0" w14:textId="77777777" w:rsidTr="009F7D7D">
        <w:trPr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8E4DD6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上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額</w:t>
            </w:r>
            <w:r>
              <w:rPr>
                <w:rFonts w:ascii="ＭＳ 明朝" w:eastAsia="ＭＳ 明朝" w:hAnsi="ＭＳ 明朝"/>
                <w:sz w:val="20"/>
              </w:rPr>
              <w:t xml:space="preserve"> ②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F0E28E9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D44357A" w14:textId="77777777" w:rsidR="00F85E4A" w:rsidRDefault="00F85E4A" w:rsidP="00E550AA">
            <w:pPr>
              <w:spacing w:after="0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CC48A6C" w14:textId="77777777" w:rsidR="00F85E4A" w:rsidRDefault="009F7D7D" w:rsidP="00E550AA">
            <w:pPr>
              <w:spacing w:after="0"/>
              <w:jc w:val="right"/>
            </w:pPr>
            <w:r>
              <w:rPr>
                <w:rFonts w:ascii="ＭＳ 明朝" w:eastAsia="ＭＳ 明朝" w:hAnsi="ＭＳ 明朝"/>
                <w:sz w:val="20"/>
              </w:rPr>
              <w:t>180,000</w:t>
            </w:r>
          </w:p>
        </w:tc>
      </w:tr>
      <w:tr w:rsidR="00F85E4A" w14:paraId="12BE9B18" w14:textId="77777777" w:rsidTr="009F7D7D">
        <w:trPr>
          <w:trHeight w:val="484"/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9F64BA6" w14:textId="77777777" w:rsidR="00F85E4A" w:rsidRDefault="009F7D7D" w:rsidP="00E550AA">
            <w:pPr>
              <w:spacing w:after="0"/>
              <w:jc w:val="center"/>
              <w:rPr>
                <w:lang w:eastAsia="ja-JP"/>
              </w:rPr>
            </w:pPr>
            <w:r>
              <w:rPr>
                <w:rFonts w:ascii="ＭＳ 明朝" w:eastAsia="ＭＳ 明朝" w:hAnsi="ＭＳ 明朝"/>
                <w:sz w:val="20"/>
                <w:lang w:eastAsia="ja-JP"/>
              </w:rPr>
              <w:t>助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成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金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申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請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額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br/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①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と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②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いずれか低い方の額）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C0C78A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6B3E7BB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ECDA84E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</w:tr>
    </w:tbl>
    <w:p w14:paraId="3550AAA1" w14:textId="77777777" w:rsidR="00F85E4A" w:rsidRDefault="009F7D7D" w:rsidP="00E550AA">
      <w:pPr>
        <w:spacing w:after="0"/>
        <w:rPr>
          <w:rFonts w:ascii="ＭＳ 明朝" w:eastAsia="ＭＳ 明朝" w:hAnsi="ＭＳ 明朝"/>
          <w:sz w:val="18"/>
          <w:lang w:eastAsia="ja-JP"/>
        </w:rPr>
      </w:pPr>
      <w:r>
        <w:rPr>
          <w:rFonts w:ascii="ＭＳ 明朝" w:eastAsia="ＭＳ 明朝" w:hAnsi="ＭＳ 明朝"/>
          <w:sz w:val="18"/>
          <w:lang w:eastAsia="ja-JP"/>
        </w:rPr>
        <w:t>※</w:t>
      </w:r>
      <w:r>
        <w:rPr>
          <w:rFonts w:ascii="ＭＳ 明朝" w:eastAsia="ＭＳ 明朝" w:hAnsi="ＭＳ 明朝"/>
          <w:sz w:val="18"/>
          <w:lang w:eastAsia="ja-JP"/>
        </w:rPr>
        <w:t>年齢は助成対象年度の</w:t>
      </w:r>
      <w:r>
        <w:rPr>
          <w:rFonts w:ascii="ＭＳ 明朝" w:eastAsia="ＭＳ 明朝" w:hAnsi="ＭＳ 明朝"/>
          <w:sz w:val="18"/>
          <w:lang w:eastAsia="ja-JP"/>
        </w:rPr>
        <w:t>4</w:t>
      </w:r>
      <w:r>
        <w:rPr>
          <w:rFonts w:ascii="ＭＳ 明朝" w:eastAsia="ＭＳ 明朝" w:hAnsi="ＭＳ 明朝"/>
          <w:sz w:val="18"/>
          <w:lang w:eastAsia="ja-JP"/>
        </w:rPr>
        <w:t>月</w:t>
      </w:r>
      <w:r>
        <w:rPr>
          <w:rFonts w:ascii="ＭＳ 明朝" w:eastAsia="ＭＳ 明朝" w:hAnsi="ＭＳ 明朝"/>
          <w:sz w:val="18"/>
          <w:lang w:eastAsia="ja-JP"/>
        </w:rPr>
        <w:t>1</w:t>
      </w:r>
      <w:r>
        <w:rPr>
          <w:rFonts w:ascii="ＭＳ 明朝" w:eastAsia="ＭＳ 明朝" w:hAnsi="ＭＳ 明朝"/>
          <w:sz w:val="18"/>
          <w:lang w:eastAsia="ja-JP"/>
        </w:rPr>
        <w:t>日における年齢を記載すること。</w:t>
      </w:r>
    </w:p>
    <w:p w14:paraId="1DC03086" w14:textId="77777777" w:rsidR="00E550AA" w:rsidRDefault="00E550AA" w:rsidP="00E550AA">
      <w:pPr>
        <w:spacing w:after="0"/>
        <w:rPr>
          <w:rFonts w:hint="eastAsia"/>
          <w:lang w:eastAsia="ja-JP"/>
        </w:rPr>
      </w:pPr>
    </w:p>
    <w:p w14:paraId="72AEC431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b/>
          <w:sz w:val="21"/>
        </w:rPr>
        <w:t>（</w:t>
      </w:r>
      <w:r>
        <w:rPr>
          <w:rFonts w:ascii="ＭＳ 明朝" w:eastAsia="ＭＳ 明朝" w:hAnsi="ＭＳ 明朝"/>
          <w:b/>
          <w:sz w:val="21"/>
        </w:rPr>
        <w:t>2</w:t>
      </w:r>
      <w:r>
        <w:rPr>
          <w:rFonts w:ascii="ＭＳ 明朝" w:eastAsia="ＭＳ 明朝" w:hAnsi="ＭＳ 明朝"/>
          <w:b/>
          <w:sz w:val="21"/>
        </w:rPr>
        <w:t>人目）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2308"/>
        <w:gridCol w:w="2272"/>
        <w:gridCol w:w="1275"/>
        <w:gridCol w:w="2651"/>
      </w:tblGrid>
      <w:tr w:rsidR="00F85E4A" w14:paraId="65C3C026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5A9869C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資格取得者氏名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39DDD6C" w14:textId="77777777" w:rsidR="00F85E4A" w:rsidRDefault="00F85E4A" w:rsidP="00E550AA">
            <w:pPr>
              <w:spacing w:after="0"/>
              <w:jc w:val="center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A444E6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生年月日（年齢）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9809AE9" w14:textId="77777777" w:rsidR="00F85E4A" w:rsidRDefault="009F7D7D" w:rsidP="00E550AA">
            <w:pPr>
              <w:spacing w:after="0"/>
            </w:pPr>
            <w:r>
              <w:rPr>
                <w:rFonts w:ascii="ＭＳ 明朝" w:eastAsia="ＭＳ 明朝" w:hAnsi="ＭＳ 明朝"/>
                <w:sz w:val="20"/>
              </w:rPr>
              <w:t xml:space="preserve">　　年　　月　　日生（　　歳）</w:t>
            </w:r>
          </w:p>
        </w:tc>
      </w:tr>
      <w:tr w:rsidR="00F85E4A" w14:paraId="44156E5B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AF540A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項　　目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37BC21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区　　分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B39162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助成対象金額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814B48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D5EACBB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金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交付申請額</w:t>
            </w:r>
          </w:p>
        </w:tc>
      </w:tr>
      <w:tr w:rsidR="00F85E4A" w14:paraId="5E74E4C2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376C8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免許取得費用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A4B5E3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大型自動車免許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86A68C0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54188DC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E2C242E" w14:textId="77777777" w:rsidR="00F85E4A" w:rsidRDefault="00F85E4A" w:rsidP="00E550AA">
            <w:pPr>
              <w:spacing w:after="0"/>
            </w:pPr>
          </w:p>
        </w:tc>
      </w:tr>
      <w:tr w:rsidR="00F85E4A" w14:paraId="64418D8C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78BD78" w14:textId="77777777" w:rsidR="00F85E4A" w:rsidRDefault="00F85E4A" w:rsidP="00E550AA">
            <w:pPr>
              <w:spacing w:after="0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097A0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大型自動車特殊免許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A9AA1A0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9375D7A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C09EFCE" w14:textId="77777777" w:rsidR="00F85E4A" w:rsidRDefault="00F85E4A" w:rsidP="00E550AA">
            <w:pPr>
              <w:spacing w:after="0"/>
            </w:pPr>
          </w:p>
        </w:tc>
      </w:tr>
      <w:tr w:rsidR="00F85E4A" w14:paraId="299E0001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1E01A49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講習会受講費用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D5D47F9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車両系建設機械運転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技能講習会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E9EF30D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2DEFA2A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2FD8D4" w14:textId="77777777" w:rsidR="00F85E4A" w:rsidRDefault="00F85E4A" w:rsidP="00E550AA">
            <w:pPr>
              <w:spacing w:after="0"/>
            </w:pPr>
          </w:p>
        </w:tc>
      </w:tr>
      <w:tr w:rsidR="00F85E4A" w14:paraId="418580CD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72FFAE" w14:textId="77777777" w:rsidR="00F85E4A" w:rsidRDefault="00F85E4A" w:rsidP="00E550AA">
            <w:pPr>
              <w:spacing w:after="0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C77D7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除雪講習会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3253478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55AAB3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668191" w14:textId="77777777" w:rsidR="00F85E4A" w:rsidRDefault="00F85E4A" w:rsidP="00E550AA">
            <w:pPr>
              <w:spacing w:after="0"/>
            </w:pPr>
          </w:p>
        </w:tc>
      </w:tr>
      <w:tr w:rsidR="00F85E4A" w14:paraId="62784D1F" w14:textId="77777777" w:rsidTr="009F7D7D">
        <w:trPr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AB0C3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合　　計</w:t>
            </w:r>
            <w:r>
              <w:rPr>
                <w:rFonts w:ascii="ＭＳ 明朝" w:eastAsia="ＭＳ 明朝" w:hAnsi="ＭＳ 明朝"/>
                <w:sz w:val="20"/>
              </w:rPr>
              <w:t xml:space="preserve"> ①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018335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137C8B" w14:textId="77777777" w:rsidR="00F85E4A" w:rsidRDefault="00F85E4A" w:rsidP="00E550AA">
            <w:pPr>
              <w:spacing w:after="0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99DB6BD" w14:textId="77777777" w:rsidR="00F85E4A" w:rsidRDefault="00F85E4A" w:rsidP="00E550AA">
            <w:pPr>
              <w:spacing w:after="0"/>
            </w:pPr>
          </w:p>
        </w:tc>
      </w:tr>
      <w:tr w:rsidR="00F85E4A" w14:paraId="666A133A" w14:textId="77777777" w:rsidTr="009F7D7D">
        <w:trPr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C337DA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上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額</w:t>
            </w:r>
            <w:r>
              <w:rPr>
                <w:rFonts w:ascii="ＭＳ 明朝" w:eastAsia="ＭＳ 明朝" w:hAnsi="ＭＳ 明朝"/>
                <w:sz w:val="20"/>
              </w:rPr>
              <w:t xml:space="preserve"> ②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E68058D" w14:textId="77777777" w:rsidR="00F85E4A" w:rsidRDefault="00F85E4A" w:rsidP="00E550AA">
            <w:pPr>
              <w:spacing w:after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7A9A733" w14:textId="77777777" w:rsidR="00F85E4A" w:rsidRDefault="00F85E4A" w:rsidP="00E550AA">
            <w:pPr>
              <w:spacing w:after="0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280131C" w14:textId="77777777" w:rsidR="00F85E4A" w:rsidRDefault="009F7D7D" w:rsidP="00E550AA">
            <w:pPr>
              <w:spacing w:after="0"/>
              <w:jc w:val="right"/>
            </w:pPr>
            <w:r>
              <w:rPr>
                <w:rFonts w:ascii="ＭＳ 明朝" w:eastAsia="ＭＳ 明朝" w:hAnsi="ＭＳ 明朝"/>
                <w:sz w:val="20"/>
              </w:rPr>
              <w:t>180,000</w:t>
            </w:r>
          </w:p>
        </w:tc>
      </w:tr>
      <w:tr w:rsidR="00F85E4A" w14:paraId="06B6848E" w14:textId="77777777" w:rsidTr="009F7D7D">
        <w:trPr>
          <w:jc w:val="center"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E709428" w14:textId="77777777" w:rsidR="00F85E4A" w:rsidRDefault="009F7D7D" w:rsidP="00E550AA">
            <w:pPr>
              <w:spacing w:after="0"/>
              <w:jc w:val="center"/>
              <w:rPr>
                <w:lang w:eastAsia="ja-JP"/>
              </w:rPr>
            </w:pPr>
            <w:r>
              <w:rPr>
                <w:rFonts w:ascii="ＭＳ 明朝" w:eastAsia="ＭＳ 明朝" w:hAnsi="ＭＳ 明朝"/>
                <w:sz w:val="20"/>
                <w:lang w:eastAsia="ja-JP"/>
              </w:rPr>
              <w:t>助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成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金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申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請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額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br/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①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と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②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いずれか低い方の額）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FF06E38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C109DA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9A3A9D1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</w:tr>
    </w:tbl>
    <w:p w14:paraId="2307F5F5" w14:textId="77777777" w:rsidR="00F85E4A" w:rsidRDefault="009F7D7D" w:rsidP="00E550AA">
      <w:pPr>
        <w:spacing w:after="0"/>
        <w:rPr>
          <w:lang w:eastAsia="ja-JP"/>
        </w:rPr>
      </w:pPr>
      <w:r>
        <w:rPr>
          <w:rFonts w:ascii="ＭＳ 明朝" w:eastAsia="ＭＳ 明朝" w:hAnsi="ＭＳ 明朝"/>
          <w:sz w:val="18"/>
          <w:lang w:eastAsia="ja-JP"/>
        </w:rPr>
        <w:t>※</w:t>
      </w:r>
      <w:r>
        <w:rPr>
          <w:rFonts w:ascii="ＭＳ 明朝" w:eastAsia="ＭＳ 明朝" w:hAnsi="ＭＳ 明朝"/>
          <w:sz w:val="18"/>
          <w:lang w:eastAsia="ja-JP"/>
        </w:rPr>
        <w:t>年齢は助成対象年度の</w:t>
      </w:r>
      <w:r>
        <w:rPr>
          <w:rFonts w:ascii="ＭＳ 明朝" w:eastAsia="ＭＳ 明朝" w:hAnsi="ＭＳ 明朝"/>
          <w:sz w:val="18"/>
          <w:lang w:eastAsia="ja-JP"/>
        </w:rPr>
        <w:t>4</w:t>
      </w:r>
      <w:r>
        <w:rPr>
          <w:rFonts w:ascii="ＭＳ 明朝" w:eastAsia="ＭＳ 明朝" w:hAnsi="ＭＳ 明朝"/>
          <w:sz w:val="18"/>
          <w:lang w:eastAsia="ja-JP"/>
        </w:rPr>
        <w:t>月</w:t>
      </w:r>
      <w:r>
        <w:rPr>
          <w:rFonts w:ascii="ＭＳ 明朝" w:eastAsia="ＭＳ 明朝" w:hAnsi="ＭＳ 明朝"/>
          <w:sz w:val="18"/>
          <w:lang w:eastAsia="ja-JP"/>
        </w:rPr>
        <w:t>1</w:t>
      </w:r>
      <w:r>
        <w:rPr>
          <w:rFonts w:ascii="ＭＳ 明朝" w:eastAsia="ＭＳ 明朝" w:hAnsi="ＭＳ 明朝"/>
          <w:sz w:val="18"/>
          <w:lang w:eastAsia="ja-JP"/>
        </w:rPr>
        <w:t>日における年齢を記載すること。</w:t>
      </w:r>
    </w:p>
    <w:p w14:paraId="03737E97" w14:textId="77777777" w:rsidR="00F85E4A" w:rsidRDefault="009F7D7D" w:rsidP="00E550AA">
      <w:pPr>
        <w:spacing w:after="0"/>
        <w:rPr>
          <w:lang w:eastAsia="ja-JP"/>
        </w:rPr>
      </w:pPr>
      <w:r>
        <w:rPr>
          <w:lang w:eastAsia="ja-JP"/>
        </w:rPr>
        <w:br w:type="page"/>
      </w:r>
    </w:p>
    <w:p w14:paraId="00CC1E62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sz w:val="21"/>
        </w:rPr>
        <w:lastRenderedPageBreak/>
        <w:t>第</w:t>
      </w:r>
      <w:r>
        <w:rPr>
          <w:rFonts w:ascii="ＭＳ 明朝" w:eastAsia="ＭＳ 明朝" w:hAnsi="ＭＳ 明朝"/>
          <w:sz w:val="21"/>
        </w:rPr>
        <w:t>10</w:t>
      </w:r>
      <w:r>
        <w:rPr>
          <w:rFonts w:ascii="ＭＳ 明朝" w:eastAsia="ＭＳ 明朝" w:hAnsi="ＭＳ 明朝"/>
          <w:sz w:val="21"/>
        </w:rPr>
        <w:t>号様式（第</w:t>
      </w:r>
      <w:r>
        <w:rPr>
          <w:rFonts w:ascii="ＭＳ 明朝" w:eastAsia="ＭＳ 明朝" w:hAnsi="ＭＳ 明朝"/>
          <w:sz w:val="21"/>
        </w:rPr>
        <w:t>6</w:t>
      </w:r>
      <w:r>
        <w:rPr>
          <w:rFonts w:ascii="ＭＳ 明朝" w:eastAsia="ＭＳ 明朝" w:hAnsi="ＭＳ 明朝"/>
          <w:sz w:val="21"/>
        </w:rPr>
        <w:t>条、第</w:t>
      </w:r>
      <w:r>
        <w:rPr>
          <w:rFonts w:ascii="ＭＳ 明朝" w:eastAsia="ＭＳ 明朝" w:hAnsi="ＭＳ 明朝"/>
          <w:sz w:val="21"/>
        </w:rPr>
        <w:t>8</w:t>
      </w:r>
      <w:r>
        <w:rPr>
          <w:rFonts w:ascii="ＭＳ 明朝" w:eastAsia="ＭＳ 明朝" w:hAnsi="ＭＳ 明朝"/>
          <w:sz w:val="21"/>
        </w:rPr>
        <w:t>条、第</w:t>
      </w:r>
      <w:r>
        <w:rPr>
          <w:rFonts w:ascii="ＭＳ 明朝" w:eastAsia="ＭＳ 明朝" w:hAnsi="ＭＳ 明朝"/>
          <w:sz w:val="21"/>
        </w:rPr>
        <w:t>9</w:t>
      </w:r>
      <w:r>
        <w:rPr>
          <w:rFonts w:ascii="ＭＳ 明朝" w:eastAsia="ＭＳ 明朝" w:hAnsi="ＭＳ 明朝"/>
          <w:sz w:val="21"/>
        </w:rPr>
        <w:t>条関係）</w:t>
      </w:r>
    </w:p>
    <w:p w14:paraId="31B63991" w14:textId="77777777" w:rsidR="00F85E4A" w:rsidRDefault="009F7D7D" w:rsidP="00E550AA">
      <w:pPr>
        <w:spacing w:after="0"/>
        <w:jc w:val="center"/>
        <w:rPr>
          <w:lang w:eastAsia="ja-JP"/>
        </w:rPr>
      </w:pPr>
      <w:r>
        <w:rPr>
          <w:rFonts w:ascii="ＭＳ 明朝" w:eastAsia="ＭＳ 明朝" w:hAnsi="ＭＳ 明朝"/>
          <w:b/>
          <w:sz w:val="28"/>
          <w:lang w:eastAsia="ja-JP"/>
        </w:rPr>
        <w:t>資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格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取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得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者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ご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と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の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助成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額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等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内</w:t>
      </w:r>
      <w:r>
        <w:rPr>
          <w:rFonts w:ascii="ＭＳ 明朝" w:eastAsia="ＭＳ 明朝" w:hAnsi="ＭＳ 明朝"/>
          <w:b/>
          <w:sz w:val="28"/>
          <w:lang w:eastAsia="ja-JP"/>
        </w:rPr>
        <w:t xml:space="preserve"> </w:t>
      </w:r>
      <w:r>
        <w:rPr>
          <w:rFonts w:ascii="ＭＳ 明朝" w:eastAsia="ＭＳ 明朝" w:hAnsi="ＭＳ 明朝"/>
          <w:b/>
          <w:sz w:val="28"/>
          <w:lang w:eastAsia="ja-JP"/>
        </w:rPr>
        <w:t>訳</w:t>
      </w:r>
    </w:p>
    <w:p w14:paraId="36CB50B6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b/>
          <w:sz w:val="21"/>
        </w:rPr>
        <w:t>（</w:t>
      </w:r>
      <w:r>
        <w:rPr>
          <w:rFonts w:ascii="ＭＳ 明朝" w:eastAsia="ＭＳ 明朝" w:hAnsi="ＭＳ 明朝"/>
          <w:b/>
          <w:sz w:val="21"/>
        </w:rPr>
        <w:t>3</w:t>
      </w:r>
      <w:r>
        <w:rPr>
          <w:rFonts w:ascii="ＭＳ 明朝" w:eastAsia="ＭＳ 明朝" w:hAnsi="ＭＳ 明朝"/>
          <w:b/>
          <w:sz w:val="21"/>
        </w:rPr>
        <w:t>人目）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2370"/>
        <w:gridCol w:w="2325"/>
        <w:gridCol w:w="1276"/>
        <w:gridCol w:w="2483"/>
      </w:tblGrid>
      <w:tr w:rsidR="00F85E4A" w14:paraId="3B680644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0E41DB6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資格取得者氏名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A54AB21" w14:textId="77777777" w:rsidR="00F85E4A" w:rsidRDefault="00F85E4A" w:rsidP="00E550AA">
            <w:pPr>
              <w:spacing w:after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D35ECED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生年月日（年齢）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8CF1510" w14:textId="77777777" w:rsidR="00F85E4A" w:rsidRDefault="009F7D7D" w:rsidP="00E550AA">
            <w:pPr>
              <w:spacing w:after="0"/>
            </w:pPr>
            <w:r>
              <w:rPr>
                <w:rFonts w:ascii="ＭＳ 明朝" w:eastAsia="ＭＳ 明朝" w:hAnsi="ＭＳ 明朝"/>
                <w:sz w:val="20"/>
              </w:rPr>
              <w:t xml:space="preserve">　　年　　月　　日生（　　歳）</w:t>
            </w:r>
          </w:p>
        </w:tc>
      </w:tr>
      <w:tr w:rsidR="00F85E4A" w14:paraId="4D59B913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C5377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項　　目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8EEBFFA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区　　分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47C68B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助成対象金額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E988B79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助成率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2B9E0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金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交付申請額</w:t>
            </w:r>
          </w:p>
        </w:tc>
      </w:tr>
      <w:tr w:rsidR="00F85E4A" w14:paraId="25426E28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61DDB8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免許取得費用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27BAAC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大型自動車免許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535AE1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D2214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52D1AC" w14:textId="77777777" w:rsidR="00F85E4A" w:rsidRDefault="00F85E4A" w:rsidP="00E550AA">
            <w:pPr>
              <w:spacing w:after="0"/>
            </w:pPr>
          </w:p>
        </w:tc>
      </w:tr>
      <w:tr w:rsidR="00F85E4A" w14:paraId="0FC58351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088B0A1" w14:textId="77777777" w:rsidR="00F85E4A" w:rsidRDefault="00F85E4A" w:rsidP="00E550AA">
            <w:pPr>
              <w:spacing w:after="0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6ECB78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大型自動車特殊免許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24981E0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9082676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8B841EA" w14:textId="77777777" w:rsidR="00F85E4A" w:rsidRDefault="00F85E4A" w:rsidP="00E550AA">
            <w:pPr>
              <w:spacing w:after="0"/>
            </w:pPr>
          </w:p>
        </w:tc>
      </w:tr>
      <w:tr w:rsidR="00F85E4A" w14:paraId="4206548C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74B795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講習会受講費用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57BD4C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車両系建設機械運転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技能講習会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A9FAB84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A83C822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A1B0BE" w14:textId="77777777" w:rsidR="00F85E4A" w:rsidRDefault="00F85E4A" w:rsidP="00E550AA">
            <w:pPr>
              <w:spacing w:after="0"/>
            </w:pPr>
          </w:p>
        </w:tc>
      </w:tr>
      <w:tr w:rsidR="00F85E4A" w14:paraId="04B54449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E64B71" w14:textId="77777777" w:rsidR="00F85E4A" w:rsidRDefault="00F85E4A" w:rsidP="00E550AA">
            <w:pPr>
              <w:spacing w:after="0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E8D39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除雪講習会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0A21C6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ABE5B3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3BDD585" w14:textId="77777777" w:rsidR="00F85E4A" w:rsidRDefault="00F85E4A" w:rsidP="00E550AA">
            <w:pPr>
              <w:spacing w:after="0"/>
            </w:pPr>
          </w:p>
        </w:tc>
      </w:tr>
      <w:tr w:rsidR="00F85E4A" w14:paraId="45170B3E" w14:textId="77777777" w:rsidTr="009F7D7D">
        <w:trPr>
          <w:jc w:val="center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094663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合　　計</w:t>
            </w:r>
            <w:r>
              <w:rPr>
                <w:rFonts w:ascii="ＭＳ 明朝" w:eastAsia="ＭＳ 明朝" w:hAnsi="ＭＳ 明朝"/>
                <w:sz w:val="20"/>
              </w:rPr>
              <w:t xml:space="preserve"> ①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3DE21B4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BFB2C8" w14:textId="77777777" w:rsidR="00F85E4A" w:rsidRDefault="00F85E4A" w:rsidP="00E550AA">
            <w:pPr>
              <w:spacing w:after="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43A8BEE" w14:textId="77777777" w:rsidR="00F85E4A" w:rsidRDefault="00F85E4A" w:rsidP="00E550AA">
            <w:pPr>
              <w:spacing w:after="0"/>
            </w:pPr>
          </w:p>
        </w:tc>
      </w:tr>
      <w:tr w:rsidR="00F85E4A" w14:paraId="7FC4435E" w14:textId="77777777" w:rsidTr="009F7D7D">
        <w:trPr>
          <w:jc w:val="center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1724F0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上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額</w:t>
            </w:r>
            <w:r>
              <w:rPr>
                <w:rFonts w:ascii="ＭＳ 明朝" w:eastAsia="ＭＳ 明朝" w:hAnsi="ＭＳ 明朝"/>
                <w:sz w:val="20"/>
              </w:rPr>
              <w:t xml:space="preserve"> ②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F0D5BE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44A999" w14:textId="77777777" w:rsidR="00F85E4A" w:rsidRDefault="00F85E4A" w:rsidP="00E550AA">
            <w:pPr>
              <w:spacing w:after="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12B28AD" w14:textId="77777777" w:rsidR="00F85E4A" w:rsidRDefault="009F7D7D" w:rsidP="00E550AA">
            <w:pPr>
              <w:spacing w:after="0"/>
              <w:jc w:val="right"/>
            </w:pPr>
            <w:r>
              <w:rPr>
                <w:rFonts w:ascii="ＭＳ 明朝" w:eastAsia="ＭＳ 明朝" w:hAnsi="ＭＳ 明朝"/>
                <w:sz w:val="20"/>
              </w:rPr>
              <w:t>180,000</w:t>
            </w:r>
          </w:p>
        </w:tc>
      </w:tr>
      <w:tr w:rsidR="00F85E4A" w14:paraId="4A7CE746" w14:textId="77777777" w:rsidTr="009F7D7D">
        <w:trPr>
          <w:jc w:val="center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7597B24" w14:textId="77777777" w:rsidR="00F85E4A" w:rsidRDefault="009F7D7D" w:rsidP="00E550AA">
            <w:pPr>
              <w:spacing w:after="0"/>
              <w:jc w:val="center"/>
              <w:rPr>
                <w:lang w:eastAsia="ja-JP"/>
              </w:rPr>
            </w:pPr>
            <w:r>
              <w:rPr>
                <w:rFonts w:ascii="ＭＳ 明朝" w:eastAsia="ＭＳ 明朝" w:hAnsi="ＭＳ 明朝"/>
                <w:sz w:val="20"/>
                <w:lang w:eastAsia="ja-JP"/>
              </w:rPr>
              <w:t>助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成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金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申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請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額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br/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①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と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②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いずれか低い方の額）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ED5CFA6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8BD64A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EA8BD8F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</w:tr>
    </w:tbl>
    <w:p w14:paraId="34C1377B" w14:textId="77777777" w:rsidR="00F85E4A" w:rsidRDefault="009F7D7D" w:rsidP="00E550AA">
      <w:pPr>
        <w:spacing w:after="0"/>
        <w:rPr>
          <w:rFonts w:ascii="ＭＳ 明朝" w:eastAsia="ＭＳ 明朝" w:hAnsi="ＭＳ 明朝"/>
          <w:sz w:val="18"/>
          <w:lang w:eastAsia="ja-JP"/>
        </w:rPr>
      </w:pPr>
      <w:r>
        <w:rPr>
          <w:rFonts w:ascii="ＭＳ 明朝" w:eastAsia="ＭＳ 明朝" w:hAnsi="ＭＳ 明朝"/>
          <w:sz w:val="18"/>
          <w:lang w:eastAsia="ja-JP"/>
        </w:rPr>
        <w:t>※</w:t>
      </w:r>
      <w:r>
        <w:rPr>
          <w:rFonts w:ascii="ＭＳ 明朝" w:eastAsia="ＭＳ 明朝" w:hAnsi="ＭＳ 明朝"/>
          <w:sz w:val="18"/>
          <w:lang w:eastAsia="ja-JP"/>
        </w:rPr>
        <w:t>年齢は助成対象年度の</w:t>
      </w:r>
      <w:r>
        <w:rPr>
          <w:rFonts w:ascii="ＭＳ 明朝" w:eastAsia="ＭＳ 明朝" w:hAnsi="ＭＳ 明朝"/>
          <w:sz w:val="18"/>
          <w:lang w:eastAsia="ja-JP"/>
        </w:rPr>
        <w:t>4</w:t>
      </w:r>
      <w:r>
        <w:rPr>
          <w:rFonts w:ascii="ＭＳ 明朝" w:eastAsia="ＭＳ 明朝" w:hAnsi="ＭＳ 明朝"/>
          <w:sz w:val="18"/>
          <w:lang w:eastAsia="ja-JP"/>
        </w:rPr>
        <w:t>月</w:t>
      </w:r>
      <w:r>
        <w:rPr>
          <w:rFonts w:ascii="ＭＳ 明朝" w:eastAsia="ＭＳ 明朝" w:hAnsi="ＭＳ 明朝"/>
          <w:sz w:val="18"/>
          <w:lang w:eastAsia="ja-JP"/>
        </w:rPr>
        <w:t>1</w:t>
      </w:r>
      <w:r>
        <w:rPr>
          <w:rFonts w:ascii="ＭＳ 明朝" w:eastAsia="ＭＳ 明朝" w:hAnsi="ＭＳ 明朝"/>
          <w:sz w:val="18"/>
          <w:lang w:eastAsia="ja-JP"/>
        </w:rPr>
        <w:t>日における年齢を記載すること。</w:t>
      </w:r>
    </w:p>
    <w:p w14:paraId="67FA8EE9" w14:textId="77777777" w:rsidR="00E550AA" w:rsidRDefault="00E550AA" w:rsidP="00E550AA">
      <w:pPr>
        <w:spacing w:after="0"/>
        <w:rPr>
          <w:rFonts w:hint="eastAsia"/>
          <w:lang w:eastAsia="ja-JP"/>
        </w:rPr>
      </w:pPr>
    </w:p>
    <w:p w14:paraId="737A355C" w14:textId="77777777" w:rsidR="00F85E4A" w:rsidRDefault="009F7D7D" w:rsidP="00E550AA">
      <w:pPr>
        <w:spacing w:after="0"/>
      </w:pPr>
      <w:r>
        <w:rPr>
          <w:rFonts w:ascii="ＭＳ 明朝" w:eastAsia="ＭＳ 明朝" w:hAnsi="ＭＳ 明朝"/>
          <w:b/>
          <w:sz w:val="21"/>
        </w:rPr>
        <w:t>（</w:t>
      </w:r>
      <w:r>
        <w:rPr>
          <w:rFonts w:ascii="ＭＳ 明朝" w:eastAsia="ＭＳ 明朝" w:hAnsi="ＭＳ 明朝"/>
          <w:b/>
          <w:sz w:val="21"/>
        </w:rPr>
        <w:t>4</w:t>
      </w:r>
      <w:r>
        <w:rPr>
          <w:rFonts w:ascii="ＭＳ 明朝" w:eastAsia="ＭＳ 明朝" w:hAnsi="ＭＳ 明朝"/>
          <w:b/>
          <w:sz w:val="21"/>
        </w:rPr>
        <w:t>人目）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2362"/>
        <w:gridCol w:w="2333"/>
        <w:gridCol w:w="1276"/>
        <w:gridCol w:w="2483"/>
      </w:tblGrid>
      <w:tr w:rsidR="00F85E4A" w14:paraId="0A03CAF3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25DF5CC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資格取得者氏名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9AB51D3" w14:textId="77777777" w:rsidR="00F85E4A" w:rsidRDefault="00F85E4A" w:rsidP="00E550AA">
            <w:pPr>
              <w:spacing w:after="0"/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6EE6C5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生年月日（年齢）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597C23F" w14:textId="77777777" w:rsidR="00F85E4A" w:rsidRDefault="009F7D7D" w:rsidP="00E550AA">
            <w:pPr>
              <w:spacing w:after="0"/>
            </w:pPr>
            <w:r>
              <w:rPr>
                <w:rFonts w:ascii="ＭＳ 明朝" w:eastAsia="ＭＳ 明朝" w:hAnsi="ＭＳ 明朝"/>
                <w:sz w:val="20"/>
              </w:rPr>
              <w:t xml:space="preserve">　　年　　月　　日生（　　歳）</w:t>
            </w:r>
          </w:p>
        </w:tc>
      </w:tr>
      <w:tr w:rsidR="00F85E4A" w14:paraId="0A64AB3C" w14:textId="77777777" w:rsidTr="009F7D7D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E8D7A82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項　　目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4A1A9D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区　　分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FD640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助成対象金額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BF4942D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助成率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0E55E6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金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交付申請額</w:t>
            </w:r>
          </w:p>
        </w:tc>
      </w:tr>
      <w:tr w:rsidR="00F85E4A" w14:paraId="5809D109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309C74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免許取得費用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2EEE9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大型自動車免許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8851EF4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60164A4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E7E8D90" w14:textId="77777777" w:rsidR="00F85E4A" w:rsidRDefault="00F85E4A" w:rsidP="00E550AA">
            <w:pPr>
              <w:spacing w:after="0"/>
            </w:pPr>
          </w:p>
        </w:tc>
      </w:tr>
      <w:tr w:rsidR="00F85E4A" w14:paraId="5AF32736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BA52CB3" w14:textId="77777777" w:rsidR="00F85E4A" w:rsidRDefault="00F85E4A" w:rsidP="00E550AA">
            <w:pPr>
              <w:spacing w:after="0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AB08E1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大型自動車特殊免許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248EC7D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2A55E37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1C1F8D" w14:textId="77777777" w:rsidR="00F85E4A" w:rsidRDefault="00F85E4A" w:rsidP="00E550AA">
            <w:pPr>
              <w:spacing w:after="0"/>
            </w:pPr>
          </w:p>
        </w:tc>
      </w:tr>
      <w:tr w:rsidR="00F85E4A" w14:paraId="5D3A64F9" w14:textId="77777777" w:rsidTr="009F7D7D">
        <w:trPr>
          <w:jc w:val="center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341BEF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講習会受講費用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3206716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車両系建設機械運転</w:t>
            </w:r>
            <w:r>
              <w:rPr>
                <w:rFonts w:ascii="ＭＳ 明朝" w:eastAsia="ＭＳ 明朝" w:hAnsi="ＭＳ 明朝"/>
                <w:sz w:val="20"/>
              </w:rPr>
              <w:br/>
            </w:r>
            <w:r>
              <w:rPr>
                <w:rFonts w:ascii="ＭＳ 明朝" w:eastAsia="ＭＳ 明朝" w:hAnsi="ＭＳ 明朝"/>
                <w:sz w:val="20"/>
              </w:rPr>
              <w:t>技能講習会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1F6080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C6007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0CB9A3" w14:textId="77777777" w:rsidR="00F85E4A" w:rsidRDefault="00F85E4A" w:rsidP="00E550AA">
            <w:pPr>
              <w:spacing w:after="0"/>
            </w:pPr>
          </w:p>
        </w:tc>
      </w:tr>
      <w:tr w:rsidR="00F85E4A" w14:paraId="51A3560A" w14:textId="77777777" w:rsidTr="009F7D7D">
        <w:trPr>
          <w:jc w:val="center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4409E98" w14:textId="77777777" w:rsidR="00F85E4A" w:rsidRDefault="00F85E4A" w:rsidP="00E550AA">
            <w:pPr>
              <w:spacing w:after="0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10E38A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除雪講習会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F6196C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43A1A7B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1/2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1696C8" w14:textId="77777777" w:rsidR="00F85E4A" w:rsidRDefault="00F85E4A" w:rsidP="00E550AA">
            <w:pPr>
              <w:spacing w:after="0"/>
            </w:pPr>
          </w:p>
        </w:tc>
      </w:tr>
      <w:tr w:rsidR="00F85E4A" w14:paraId="47016DD3" w14:textId="77777777" w:rsidTr="009F7D7D">
        <w:trPr>
          <w:jc w:val="center"/>
        </w:trPr>
        <w:tc>
          <w:tcPr>
            <w:tcW w:w="4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228A03E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合　　計</w:t>
            </w:r>
            <w:r>
              <w:rPr>
                <w:rFonts w:ascii="ＭＳ 明朝" w:eastAsia="ＭＳ 明朝" w:hAnsi="ＭＳ 明朝"/>
                <w:sz w:val="20"/>
              </w:rPr>
              <w:t xml:space="preserve"> ①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981F7F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FD3516" w14:textId="77777777" w:rsidR="00F85E4A" w:rsidRDefault="00F85E4A" w:rsidP="00E550AA">
            <w:pPr>
              <w:spacing w:after="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EA77C4" w14:textId="77777777" w:rsidR="00F85E4A" w:rsidRDefault="00F85E4A" w:rsidP="00E550AA">
            <w:pPr>
              <w:spacing w:after="0"/>
            </w:pPr>
          </w:p>
        </w:tc>
      </w:tr>
      <w:tr w:rsidR="00F85E4A" w14:paraId="5C3EC5F4" w14:textId="77777777" w:rsidTr="009F7D7D">
        <w:trPr>
          <w:jc w:val="center"/>
        </w:trPr>
        <w:tc>
          <w:tcPr>
            <w:tcW w:w="4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DF0668" w14:textId="77777777" w:rsidR="00F85E4A" w:rsidRDefault="009F7D7D" w:rsidP="00E550AA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0"/>
              </w:rPr>
              <w:t>助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上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限</w:t>
            </w:r>
            <w:r>
              <w:rPr>
                <w:rFonts w:ascii="ＭＳ 明朝" w:eastAsia="ＭＳ 明朝" w:hAnsi="ＭＳ 明朝"/>
                <w:sz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</w:rPr>
              <w:t>額</w:t>
            </w:r>
            <w:r>
              <w:rPr>
                <w:rFonts w:ascii="ＭＳ 明朝" w:eastAsia="ＭＳ 明朝" w:hAnsi="ＭＳ 明朝"/>
                <w:sz w:val="20"/>
              </w:rPr>
              <w:t xml:space="preserve"> ②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3057396" w14:textId="77777777" w:rsidR="00F85E4A" w:rsidRDefault="00F85E4A" w:rsidP="00E550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3016FC" w14:textId="77777777" w:rsidR="00F85E4A" w:rsidRDefault="00F85E4A" w:rsidP="00E550AA">
            <w:pPr>
              <w:spacing w:after="0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6EEA50E" w14:textId="77777777" w:rsidR="00F85E4A" w:rsidRDefault="009F7D7D" w:rsidP="00E550AA">
            <w:pPr>
              <w:spacing w:after="0"/>
              <w:jc w:val="right"/>
            </w:pPr>
            <w:r>
              <w:rPr>
                <w:rFonts w:ascii="ＭＳ 明朝" w:eastAsia="ＭＳ 明朝" w:hAnsi="ＭＳ 明朝"/>
                <w:sz w:val="20"/>
              </w:rPr>
              <w:t>180,000</w:t>
            </w:r>
          </w:p>
        </w:tc>
      </w:tr>
      <w:tr w:rsidR="00F85E4A" w14:paraId="598AE2BA" w14:textId="77777777" w:rsidTr="009F7D7D">
        <w:trPr>
          <w:jc w:val="center"/>
        </w:trPr>
        <w:tc>
          <w:tcPr>
            <w:tcW w:w="4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F3D007F" w14:textId="77777777" w:rsidR="00F85E4A" w:rsidRDefault="009F7D7D" w:rsidP="00E550AA">
            <w:pPr>
              <w:spacing w:after="0"/>
              <w:jc w:val="center"/>
              <w:rPr>
                <w:lang w:eastAsia="ja-JP"/>
              </w:rPr>
            </w:pPr>
            <w:r>
              <w:rPr>
                <w:rFonts w:ascii="ＭＳ 明朝" w:eastAsia="ＭＳ 明朝" w:hAnsi="ＭＳ 明朝"/>
                <w:sz w:val="20"/>
                <w:lang w:eastAsia="ja-JP"/>
              </w:rPr>
              <w:t>助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成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金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申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請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額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br/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（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①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と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②</w:t>
            </w:r>
            <w:r>
              <w:rPr>
                <w:rFonts w:ascii="ＭＳ 明朝" w:eastAsia="ＭＳ 明朝" w:hAnsi="ＭＳ 明朝"/>
                <w:sz w:val="20"/>
                <w:lang w:eastAsia="ja-JP"/>
              </w:rPr>
              <w:t>いずれか低い方の額）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24906B2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928633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E331A76" w14:textId="77777777" w:rsidR="00F85E4A" w:rsidRDefault="00F85E4A" w:rsidP="00E550AA">
            <w:pPr>
              <w:spacing w:after="0"/>
              <w:rPr>
                <w:lang w:eastAsia="ja-JP"/>
              </w:rPr>
            </w:pPr>
          </w:p>
        </w:tc>
      </w:tr>
    </w:tbl>
    <w:p w14:paraId="4028ECCF" w14:textId="77777777" w:rsidR="00F85E4A" w:rsidRDefault="009F7D7D" w:rsidP="00E550AA">
      <w:pPr>
        <w:spacing w:after="0"/>
        <w:rPr>
          <w:lang w:eastAsia="ja-JP"/>
        </w:rPr>
      </w:pPr>
      <w:r>
        <w:rPr>
          <w:rFonts w:ascii="ＭＳ 明朝" w:eastAsia="ＭＳ 明朝" w:hAnsi="ＭＳ 明朝"/>
          <w:sz w:val="18"/>
          <w:lang w:eastAsia="ja-JP"/>
        </w:rPr>
        <w:t>※</w:t>
      </w:r>
      <w:r>
        <w:rPr>
          <w:rFonts w:ascii="ＭＳ 明朝" w:eastAsia="ＭＳ 明朝" w:hAnsi="ＭＳ 明朝"/>
          <w:sz w:val="18"/>
          <w:lang w:eastAsia="ja-JP"/>
        </w:rPr>
        <w:t>年齢は助成対象年度の</w:t>
      </w:r>
      <w:r>
        <w:rPr>
          <w:rFonts w:ascii="ＭＳ 明朝" w:eastAsia="ＭＳ 明朝" w:hAnsi="ＭＳ 明朝"/>
          <w:sz w:val="18"/>
          <w:lang w:eastAsia="ja-JP"/>
        </w:rPr>
        <w:t>4</w:t>
      </w:r>
      <w:r>
        <w:rPr>
          <w:rFonts w:ascii="ＭＳ 明朝" w:eastAsia="ＭＳ 明朝" w:hAnsi="ＭＳ 明朝"/>
          <w:sz w:val="18"/>
          <w:lang w:eastAsia="ja-JP"/>
        </w:rPr>
        <w:t>月</w:t>
      </w:r>
      <w:r>
        <w:rPr>
          <w:rFonts w:ascii="ＭＳ 明朝" w:eastAsia="ＭＳ 明朝" w:hAnsi="ＭＳ 明朝"/>
          <w:sz w:val="18"/>
          <w:lang w:eastAsia="ja-JP"/>
        </w:rPr>
        <w:t>1</w:t>
      </w:r>
      <w:r>
        <w:rPr>
          <w:rFonts w:ascii="ＭＳ 明朝" w:eastAsia="ＭＳ 明朝" w:hAnsi="ＭＳ 明朝"/>
          <w:sz w:val="18"/>
          <w:lang w:eastAsia="ja-JP"/>
        </w:rPr>
        <w:t>日における年齢を記載すること。</w:t>
      </w:r>
    </w:p>
    <w:sectPr w:rsidR="00F85E4A" w:rsidSect="00E550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1743256">
    <w:abstractNumId w:val="8"/>
  </w:num>
  <w:num w:numId="2" w16cid:durableId="1591504238">
    <w:abstractNumId w:val="6"/>
  </w:num>
  <w:num w:numId="3" w16cid:durableId="1191991290">
    <w:abstractNumId w:val="5"/>
  </w:num>
  <w:num w:numId="4" w16cid:durableId="1140852113">
    <w:abstractNumId w:val="4"/>
  </w:num>
  <w:num w:numId="5" w16cid:durableId="867791779">
    <w:abstractNumId w:val="7"/>
  </w:num>
  <w:num w:numId="6" w16cid:durableId="209876486">
    <w:abstractNumId w:val="3"/>
  </w:num>
  <w:num w:numId="7" w16cid:durableId="1858763559">
    <w:abstractNumId w:val="2"/>
  </w:num>
  <w:num w:numId="8" w16cid:durableId="301732447">
    <w:abstractNumId w:val="1"/>
  </w:num>
  <w:num w:numId="9" w16cid:durableId="93351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930"/>
    <w:rsid w:val="0015074B"/>
    <w:rsid w:val="0029639D"/>
    <w:rsid w:val="00326F90"/>
    <w:rsid w:val="009F7D7D"/>
    <w:rsid w:val="00AA1D8D"/>
    <w:rsid w:val="00B47730"/>
    <w:rsid w:val="00CB0664"/>
    <w:rsid w:val="00E550AA"/>
    <w:rsid w:val="00F85E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555883"/>
  <w14:defaultImageDpi w14:val="300"/>
  <w15:docId w15:val="{5C76F738-53DC-4D7F-9D77-A43B2CD0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2026-07-03T02:12:00Z</dcterms:modified>
  <cp:category/>
</cp:coreProperties>
</file>