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82FBD" w14:textId="77777777" w:rsidR="008A4E36" w:rsidRDefault="00FC2525" w:rsidP="00FC2525">
      <w:pPr>
        <w:spacing w:afterLines="50" w:after="120" w:line="240" w:lineRule="auto"/>
      </w:pPr>
      <w:r>
        <w:rPr>
          <w:rFonts w:ascii="ＭＳ 明朝" w:eastAsia="ＭＳ 明朝" w:hAnsi="ＭＳ 明朝"/>
          <w:sz w:val="21"/>
        </w:rPr>
        <w:t>第9号様式（第7条関係）</w:t>
      </w:r>
    </w:p>
    <w:p w14:paraId="00EC69C3" w14:textId="77777777" w:rsidR="008A4E36" w:rsidRDefault="00FC2525" w:rsidP="00FC2525">
      <w:pPr>
        <w:spacing w:after="120" w:line="240" w:lineRule="auto"/>
        <w:jc w:val="right"/>
      </w:pPr>
      <w:r>
        <w:rPr>
          <w:rFonts w:ascii="ＭＳ 明朝" w:eastAsia="ＭＳ 明朝" w:hAnsi="ＭＳ 明朝"/>
          <w:sz w:val="21"/>
        </w:rPr>
        <w:t>年　　月　　日</w:t>
      </w:r>
    </w:p>
    <w:p w14:paraId="08A21A50" w14:textId="77777777" w:rsidR="008A4E36" w:rsidRDefault="00FC2525" w:rsidP="00FC2525">
      <w:pPr>
        <w:spacing w:after="80" w:line="240" w:lineRule="auto"/>
        <w:rPr>
          <w:lang w:eastAsia="ja-JP"/>
        </w:rPr>
      </w:pPr>
      <w:r>
        <w:rPr>
          <w:rFonts w:ascii="ＭＳ 明朝" w:eastAsia="ＭＳ 明朝" w:hAnsi="ＭＳ 明朝"/>
          <w:sz w:val="21"/>
          <w:lang w:eastAsia="ja-JP"/>
        </w:rPr>
        <w:t>公益財団法人青森県建設技術センター</w:t>
      </w:r>
    </w:p>
    <w:p w14:paraId="4DD81294" w14:textId="1E88A388" w:rsidR="008A4E36" w:rsidRDefault="00FC2525" w:rsidP="00FC2525">
      <w:pPr>
        <w:spacing w:after="240" w:line="240" w:lineRule="auto"/>
        <w:ind w:firstLineChars="100" w:firstLine="210"/>
      </w:pPr>
      <w:r>
        <w:rPr>
          <w:rFonts w:ascii="ＭＳ 明朝" w:eastAsia="ＭＳ 明朝" w:hAnsi="ＭＳ 明朝"/>
          <w:sz w:val="21"/>
        </w:rPr>
        <w:t>理</w:t>
      </w:r>
      <w:r>
        <w:rPr>
          <w:rFonts w:ascii="ＭＳ 明朝" w:eastAsia="ＭＳ 明朝" w:hAnsi="ＭＳ 明朝" w:hint="eastAsia"/>
          <w:sz w:val="21"/>
          <w:lang w:eastAsia="ja-JP"/>
        </w:rPr>
        <w:t xml:space="preserve">　</w:t>
      </w:r>
      <w:r>
        <w:rPr>
          <w:rFonts w:ascii="ＭＳ 明朝" w:eastAsia="ＭＳ 明朝" w:hAnsi="ＭＳ 明朝"/>
          <w:sz w:val="21"/>
        </w:rPr>
        <w:t>事</w:t>
      </w:r>
      <w:r>
        <w:rPr>
          <w:rFonts w:ascii="ＭＳ 明朝" w:eastAsia="ＭＳ 明朝" w:hAnsi="ＭＳ 明朝" w:hint="eastAsia"/>
          <w:sz w:val="21"/>
          <w:lang w:eastAsia="ja-JP"/>
        </w:rPr>
        <w:t xml:space="preserve">　</w:t>
      </w:r>
      <w:r>
        <w:rPr>
          <w:rFonts w:ascii="ＭＳ 明朝" w:eastAsia="ＭＳ 明朝" w:hAnsi="ＭＳ 明朝"/>
          <w:sz w:val="21"/>
        </w:rPr>
        <w:t>長　　　　　　　　殿</w:t>
      </w:r>
    </w:p>
    <w:p w14:paraId="754DA0DA" w14:textId="77777777" w:rsidR="008A4E36" w:rsidRDefault="00FC2525" w:rsidP="00FC2525">
      <w:pPr>
        <w:spacing w:after="80" w:line="240" w:lineRule="auto"/>
        <w:ind w:left="5472"/>
      </w:pPr>
      <w:proofErr w:type="spellStart"/>
      <w:r>
        <w:rPr>
          <w:rFonts w:ascii="ＭＳ 明朝" w:eastAsia="ＭＳ 明朝" w:hAnsi="ＭＳ 明朝"/>
          <w:sz w:val="21"/>
        </w:rPr>
        <w:t>助成事業者</w:t>
      </w:r>
      <w:proofErr w:type="spellEnd"/>
    </w:p>
    <w:p w14:paraId="3E20AEB3" w14:textId="77777777" w:rsidR="008A4E36" w:rsidRDefault="00FC2525" w:rsidP="00FC2525">
      <w:pPr>
        <w:spacing w:after="80" w:line="240" w:lineRule="auto"/>
        <w:ind w:left="5904"/>
      </w:pPr>
      <w:r>
        <w:rPr>
          <w:rFonts w:ascii="ＭＳ 明朝" w:eastAsia="ＭＳ 明朝" w:hAnsi="ＭＳ 明朝"/>
          <w:sz w:val="21"/>
        </w:rPr>
        <w:t>住　所</w:t>
      </w:r>
    </w:p>
    <w:p w14:paraId="06DAEB43" w14:textId="77777777" w:rsidR="008A4E36" w:rsidRDefault="00FC2525" w:rsidP="00FC2525">
      <w:pPr>
        <w:spacing w:after="80" w:line="240" w:lineRule="auto"/>
        <w:ind w:left="5904"/>
      </w:pPr>
      <w:r>
        <w:rPr>
          <w:rFonts w:ascii="ＭＳ 明朝" w:eastAsia="ＭＳ 明朝" w:hAnsi="ＭＳ 明朝"/>
          <w:sz w:val="21"/>
        </w:rPr>
        <w:t>名　称</w:t>
      </w:r>
    </w:p>
    <w:p w14:paraId="178021D7" w14:textId="77777777" w:rsidR="008A4E36" w:rsidRDefault="00FC2525" w:rsidP="00FC2525">
      <w:pPr>
        <w:spacing w:after="960" w:line="240" w:lineRule="auto"/>
        <w:ind w:left="5904"/>
      </w:pPr>
      <w:proofErr w:type="spellStart"/>
      <w:r>
        <w:rPr>
          <w:rFonts w:ascii="ＭＳ 明朝" w:eastAsia="ＭＳ 明朝" w:hAnsi="ＭＳ 明朝"/>
          <w:sz w:val="21"/>
        </w:rPr>
        <w:t>代表者氏名</w:t>
      </w:r>
      <w:proofErr w:type="spellEnd"/>
      <w:r>
        <w:rPr>
          <w:rFonts w:ascii="ＭＳ 明朝" w:eastAsia="ＭＳ 明朝" w:hAnsi="ＭＳ 明朝"/>
          <w:sz w:val="21"/>
        </w:rPr>
        <w:t xml:space="preserve">　　　　　　　　　　　　㊞</w:t>
      </w:r>
    </w:p>
    <w:p w14:paraId="299EE6EF" w14:textId="77777777" w:rsidR="008A4E36" w:rsidRDefault="00FC2525" w:rsidP="00FC2525">
      <w:pPr>
        <w:spacing w:after="80" w:line="240" w:lineRule="auto"/>
        <w:jc w:val="center"/>
        <w:rPr>
          <w:lang w:eastAsia="ja-JP"/>
        </w:rPr>
      </w:pPr>
      <w:r>
        <w:rPr>
          <w:rFonts w:ascii="ＭＳ 明朝" w:eastAsia="ＭＳ 明朝" w:hAnsi="ＭＳ 明朝"/>
          <w:b/>
          <w:sz w:val="28"/>
          <w:lang w:eastAsia="ja-JP"/>
        </w:rPr>
        <w:t>除雪オペレーター資格取得助成金に係る除排雪業務従事報告書</w:t>
      </w:r>
    </w:p>
    <w:p w14:paraId="500E30A5" w14:textId="5DC8AF12" w:rsidR="008A4E36" w:rsidRDefault="00FC2525" w:rsidP="00FC2525">
      <w:pPr>
        <w:spacing w:after="480" w:line="240" w:lineRule="auto"/>
        <w:jc w:val="center"/>
        <w:rPr>
          <w:lang w:eastAsia="ja-JP"/>
        </w:rPr>
      </w:pPr>
      <w:r>
        <w:rPr>
          <w:rFonts w:ascii="ＭＳ 明朝" w:eastAsia="ＭＳ 明朝" w:hAnsi="ＭＳ 明朝"/>
          <w:sz w:val="24"/>
          <w:lang w:eastAsia="ja-JP"/>
        </w:rPr>
        <w:t>（</w:t>
      </w:r>
      <w:r>
        <w:rPr>
          <w:rFonts w:ascii="ＭＳ 明朝" w:eastAsia="ＭＳ 明朝" w:hAnsi="ＭＳ 明朝" w:hint="eastAsia"/>
          <w:sz w:val="24"/>
          <w:lang w:eastAsia="ja-JP"/>
        </w:rPr>
        <w:t xml:space="preserve">　　　</w:t>
      </w:r>
      <w:r>
        <w:rPr>
          <w:rFonts w:ascii="ＭＳ 明朝" w:eastAsia="ＭＳ 明朝" w:hAnsi="ＭＳ 明朝"/>
          <w:sz w:val="24"/>
          <w:lang w:eastAsia="ja-JP"/>
        </w:rPr>
        <w:t>回目）</w:t>
      </w:r>
    </w:p>
    <w:p w14:paraId="4B6D1144" w14:textId="77777777" w:rsidR="008A4E36" w:rsidRDefault="00FC2525" w:rsidP="00FC2525">
      <w:pPr>
        <w:spacing w:after="360" w:line="240" w:lineRule="auto"/>
        <w:rPr>
          <w:lang w:eastAsia="ja-JP"/>
        </w:rPr>
      </w:pPr>
      <w:r>
        <w:rPr>
          <w:rFonts w:ascii="ＭＳ 明朝" w:eastAsia="ＭＳ 明朝" w:hAnsi="ＭＳ 明朝"/>
          <w:sz w:val="21"/>
          <w:lang w:eastAsia="ja-JP"/>
        </w:rPr>
        <w:t xml:space="preserve">　　年　　月　　日付け青建技第　　　号で交付決定の通知を受けた助成金に係る資格取得者を、除排雪業務に従事させましたので、除雪オペレーター資格取得助成金交付要綱第7条第7項の規定に基づき、下記のとおり報告します。</w:t>
      </w:r>
    </w:p>
    <w:p w14:paraId="323C4A0D" w14:textId="77777777" w:rsidR="008A4E36" w:rsidRDefault="00FC2525" w:rsidP="00FC2525">
      <w:pPr>
        <w:spacing w:after="360" w:line="240" w:lineRule="auto"/>
        <w:jc w:val="center"/>
        <w:rPr>
          <w:lang w:eastAsia="ja-JP"/>
        </w:rPr>
      </w:pPr>
      <w:r>
        <w:rPr>
          <w:rFonts w:ascii="ＭＳ 明朝" w:eastAsia="ＭＳ 明朝" w:hAnsi="ＭＳ 明朝"/>
          <w:sz w:val="21"/>
          <w:lang w:eastAsia="ja-JP"/>
        </w:rPr>
        <w:t>記</w:t>
      </w:r>
    </w:p>
    <w:p w14:paraId="4DF1A139" w14:textId="77777777" w:rsidR="008A4E36" w:rsidRDefault="00FC2525" w:rsidP="00FC2525">
      <w:pPr>
        <w:spacing w:after="480" w:line="240" w:lineRule="auto"/>
        <w:rPr>
          <w:lang w:eastAsia="ja-JP"/>
        </w:rPr>
      </w:pPr>
      <w:r>
        <w:rPr>
          <w:rFonts w:ascii="ＭＳ 明朝" w:eastAsia="ＭＳ 明朝" w:hAnsi="ＭＳ 明朝"/>
          <w:sz w:val="21"/>
          <w:lang w:eastAsia="ja-JP"/>
        </w:rPr>
        <w:t>1　従事した年度</w:t>
      </w:r>
    </w:p>
    <w:p w14:paraId="49C2F301" w14:textId="77777777" w:rsidR="008A4E36" w:rsidRDefault="00FC2525" w:rsidP="00FC2525">
      <w:pPr>
        <w:spacing w:after="120" w:line="240" w:lineRule="auto"/>
        <w:rPr>
          <w:lang w:eastAsia="ja-JP"/>
        </w:rPr>
      </w:pPr>
      <w:r>
        <w:rPr>
          <w:rFonts w:ascii="ＭＳ 明朝" w:eastAsia="ＭＳ 明朝" w:hAnsi="ＭＳ 明朝"/>
          <w:sz w:val="21"/>
          <w:lang w:eastAsia="ja-JP"/>
        </w:rPr>
        <w:t>2　除排雪作業に従事させた資格取得者</w:t>
      </w:r>
    </w:p>
    <w:p w14:paraId="01E66053" w14:textId="0DE869F7" w:rsidR="008A4E36" w:rsidRDefault="00FC2525" w:rsidP="00EE5BCE">
      <w:pPr>
        <w:spacing w:after="120" w:line="240" w:lineRule="auto"/>
        <w:ind w:left="432"/>
        <w:rPr>
          <w:rFonts w:hint="eastAsia"/>
          <w:lang w:eastAsia="ja-JP"/>
        </w:rPr>
      </w:pPr>
      <w:r>
        <w:rPr>
          <w:rFonts w:ascii="ＭＳ 明朝" w:eastAsia="ＭＳ 明朝" w:hAnsi="ＭＳ 明朝"/>
          <w:sz w:val="21"/>
        </w:rPr>
        <w:t>氏　名</w:t>
      </w:r>
    </w:p>
    <w:p w14:paraId="7E0A0293" w14:textId="77777777" w:rsidR="008A4E36" w:rsidRDefault="00FC2525" w:rsidP="00FC2525">
      <w:pPr>
        <w:spacing w:after="80" w:line="240" w:lineRule="auto"/>
        <w:ind w:left="432"/>
      </w:pPr>
      <w:r>
        <w:rPr>
          <w:rFonts w:ascii="ＭＳ 明朝" w:eastAsia="ＭＳ 明朝" w:hAnsi="ＭＳ 明朝"/>
          <w:sz w:val="21"/>
        </w:rPr>
        <w:t>【</w:t>
      </w:r>
      <w:proofErr w:type="spellStart"/>
      <w:r>
        <w:rPr>
          <w:rFonts w:ascii="ＭＳ 明朝" w:eastAsia="ＭＳ 明朝" w:hAnsi="ＭＳ 明朝"/>
          <w:sz w:val="21"/>
        </w:rPr>
        <w:t>記載要領</w:t>
      </w:r>
      <w:proofErr w:type="spellEnd"/>
      <w:r>
        <w:rPr>
          <w:rFonts w:ascii="ＭＳ 明朝" w:eastAsia="ＭＳ 明朝" w:hAnsi="ＭＳ 明朝"/>
          <w:sz w:val="21"/>
        </w:rPr>
        <w:t>】</w:t>
      </w:r>
    </w:p>
    <w:p w14:paraId="6111CAF9" w14:textId="77777777" w:rsidR="008A4E36" w:rsidRDefault="00FC2525" w:rsidP="00FC2525">
      <w:pPr>
        <w:spacing w:after="80" w:line="240" w:lineRule="auto"/>
        <w:ind w:left="720"/>
        <w:rPr>
          <w:lang w:eastAsia="ja-JP"/>
        </w:rPr>
      </w:pPr>
      <w:r>
        <w:rPr>
          <w:rFonts w:ascii="ＭＳ 明朝" w:eastAsia="ＭＳ 明朝" w:hAnsi="ＭＳ 明朝"/>
          <w:sz w:val="21"/>
          <w:lang w:eastAsia="ja-JP"/>
        </w:rPr>
        <w:t>（1）従事させた資格取得者が複数いる場合には、まとめて記載してかまいません。</w:t>
      </w:r>
    </w:p>
    <w:p w14:paraId="02A48FE6" w14:textId="77777777" w:rsidR="008A4E36" w:rsidRDefault="00FC2525" w:rsidP="00FC2525">
      <w:pPr>
        <w:spacing w:after="40" w:line="240" w:lineRule="auto"/>
        <w:ind w:left="720"/>
        <w:rPr>
          <w:lang w:eastAsia="ja-JP"/>
        </w:rPr>
      </w:pPr>
      <w:r>
        <w:rPr>
          <w:rFonts w:ascii="ＭＳ 明朝" w:eastAsia="ＭＳ 明朝" w:hAnsi="ＭＳ 明朝"/>
          <w:sz w:val="21"/>
          <w:lang w:eastAsia="ja-JP"/>
        </w:rPr>
        <w:t>（2）対象者が多数いる場合で、別に一覧表を作成し添付する場合には、2の氏名・従事日</w:t>
      </w:r>
    </w:p>
    <w:p w14:paraId="7E310B12" w14:textId="77777777" w:rsidR="008A4E36" w:rsidRDefault="00FC2525" w:rsidP="00FC2525">
      <w:pPr>
        <w:spacing w:after="720" w:line="240" w:lineRule="auto"/>
        <w:ind w:left="1296"/>
        <w:rPr>
          <w:lang w:eastAsia="ja-JP"/>
        </w:rPr>
      </w:pPr>
      <w:r>
        <w:rPr>
          <w:rFonts w:ascii="ＭＳ 明朝" w:eastAsia="ＭＳ 明朝" w:hAnsi="ＭＳ 明朝"/>
          <w:sz w:val="21"/>
          <w:lang w:eastAsia="ja-JP"/>
        </w:rPr>
        <w:t>には「別紙のとおり」と記載して下さい。</w:t>
      </w:r>
    </w:p>
    <w:p w14:paraId="3A82AB4D" w14:textId="77777777" w:rsidR="008A4E36" w:rsidRDefault="00FC2525" w:rsidP="00FC2525">
      <w:pPr>
        <w:spacing w:after="120" w:line="240" w:lineRule="auto"/>
        <w:rPr>
          <w:lang w:eastAsia="ja-JP"/>
        </w:rPr>
      </w:pPr>
      <w:r>
        <w:rPr>
          <w:rFonts w:ascii="ＭＳ 明朝" w:eastAsia="ＭＳ 明朝" w:hAnsi="ＭＳ 明朝"/>
          <w:b/>
          <w:sz w:val="21"/>
          <w:lang w:eastAsia="ja-JP"/>
        </w:rPr>
        <w:t>添付書類</w:t>
      </w:r>
    </w:p>
    <w:p w14:paraId="41F279D2" w14:textId="77777777" w:rsidR="008A4E36" w:rsidRDefault="00FC2525" w:rsidP="00FC2525">
      <w:pPr>
        <w:spacing w:after="80" w:line="240" w:lineRule="auto"/>
        <w:ind w:left="288"/>
        <w:rPr>
          <w:lang w:eastAsia="ja-JP"/>
        </w:rPr>
      </w:pPr>
      <w:r>
        <w:rPr>
          <w:rFonts w:ascii="ＭＳ 明朝" w:eastAsia="ＭＳ 明朝" w:hAnsi="ＭＳ 明朝"/>
          <w:sz w:val="21"/>
          <w:lang w:eastAsia="ja-JP"/>
        </w:rPr>
        <w:t>各個人毎に除雪業務に従事したことが確認できる資料を添付してください。</w:t>
      </w:r>
    </w:p>
    <w:p w14:paraId="0E3846C2" w14:textId="77777777" w:rsidR="008A4E36" w:rsidRDefault="00FC2525" w:rsidP="00FC2525">
      <w:pPr>
        <w:spacing w:after="40" w:line="240" w:lineRule="auto"/>
        <w:ind w:left="288"/>
        <w:rPr>
          <w:lang w:eastAsia="ja-JP"/>
        </w:rPr>
      </w:pPr>
      <w:r>
        <w:rPr>
          <w:rFonts w:ascii="ＭＳ 明朝" w:eastAsia="ＭＳ 明朝" w:hAnsi="ＭＳ 明朝"/>
          <w:sz w:val="21"/>
          <w:lang w:eastAsia="ja-JP"/>
        </w:rPr>
        <w:t>※書類は、（1）年度別、月別に従事した実績（日単位）がわかる資料（様式任意）</w:t>
      </w:r>
    </w:p>
    <w:p w14:paraId="1FFF2F4F" w14:textId="77777777" w:rsidR="008A4E36" w:rsidRDefault="00FC2525" w:rsidP="00FC2525">
      <w:pPr>
        <w:spacing w:after="240" w:line="240" w:lineRule="auto"/>
        <w:ind w:left="1296"/>
        <w:rPr>
          <w:lang w:eastAsia="ja-JP"/>
        </w:rPr>
      </w:pPr>
      <w:r>
        <w:rPr>
          <w:rFonts w:ascii="ＭＳ 明朝" w:eastAsia="ＭＳ 明朝" w:hAnsi="ＭＳ 明朝"/>
          <w:sz w:val="21"/>
          <w:lang w:eastAsia="ja-JP"/>
        </w:rPr>
        <w:t>（2）日報（1日分で可）、（3）写真（2枚程度）等とします。</w:t>
      </w:r>
    </w:p>
    <w:sectPr w:rsidR="008A4E36" w:rsidSect="00FC252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93331515">
    <w:abstractNumId w:val="8"/>
  </w:num>
  <w:num w:numId="2" w16cid:durableId="566918502">
    <w:abstractNumId w:val="6"/>
  </w:num>
  <w:num w:numId="3" w16cid:durableId="483864023">
    <w:abstractNumId w:val="5"/>
  </w:num>
  <w:num w:numId="4" w16cid:durableId="1049693471">
    <w:abstractNumId w:val="4"/>
  </w:num>
  <w:num w:numId="5" w16cid:durableId="1711681541">
    <w:abstractNumId w:val="7"/>
  </w:num>
  <w:num w:numId="6" w16cid:durableId="1147209597">
    <w:abstractNumId w:val="3"/>
  </w:num>
  <w:num w:numId="7" w16cid:durableId="1532957239">
    <w:abstractNumId w:val="2"/>
  </w:num>
  <w:num w:numId="8" w16cid:durableId="739401637">
    <w:abstractNumId w:val="1"/>
  </w:num>
  <w:num w:numId="9" w16cid:durableId="1055742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A4E36"/>
    <w:rsid w:val="00AA1D8D"/>
    <w:rsid w:val="00AF7129"/>
    <w:rsid w:val="00B47730"/>
    <w:rsid w:val="00C64977"/>
    <w:rsid w:val="00CB0664"/>
    <w:rsid w:val="00EE5BCE"/>
    <w:rsid w:val="00FC25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B20BC06"/>
  <w14:defaultImageDpi w14:val="300"/>
  <w15:docId w15:val="{106287D5-B059-42C6-BE1F-EB426589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71</Words>
  <Characters>411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somu01</cp:lastModifiedBy>
  <cp:revision>2</cp:revision>
  <dcterms:created xsi:type="dcterms:W3CDTF">2013-12-23T23:15:00Z</dcterms:created>
  <dcterms:modified xsi:type="dcterms:W3CDTF">2026-07-23T06:47:00Z</dcterms:modified>
  <cp:category/>
</cp:coreProperties>
</file>